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8596C" w14:textId="77777777" w:rsidR="007037FE" w:rsidRPr="00963A1F" w:rsidRDefault="3B254CBE" w:rsidP="3B254CBE">
      <w:pPr>
        <w:pStyle w:val="Title"/>
        <w:rPr>
          <w:rFonts w:ascii="Aptos" w:eastAsia="Aptos" w:hAnsi="Aptos" w:cs="Aptos"/>
          <w:color w:val="546070"/>
        </w:rPr>
      </w:pPr>
      <w:r w:rsidRPr="00963A1F">
        <w:rPr>
          <w:rFonts w:ascii="Aptos" w:eastAsia="Aptos" w:hAnsi="Aptos" w:cs="Aptos"/>
          <w:color w:val="546070"/>
        </w:rPr>
        <w:t>Expression of Interest Application Form</w:t>
      </w:r>
    </w:p>
    <w:p w14:paraId="7D633842" w14:textId="3791E052" w:rsidR="3B254CBE" w:rsidRPr="00963A1F" w:rsidRDefault="3B254CBE" w:rsidP="00B56D1D">
      <w:pPr>
        <w:pStyle w:val="Subtitle"/>
      </w:pPr>
    </w:p>
    <w:p w14:paraId="4876DF10" w14:textId="77777777" w:rsidR="007037FE" w:rsidRPr="00963A1F" w:rsidRDefault="3B254CBE" w:rsidP="00B56D1D">
      <w:pPr>
        <w:pStyle w:val="Subtitle"/>
        <w:rPr>
          <w:rFonts w:ascii="Aptos" w:eastAsia="Aptos" w:hAnsi="Aptos" w:cs="Aptos"/>
          <w:color w:val="546070"/>
        </w:rPr>
      </w:pPr>
      <w:proofErr w:type="spellStart"/>
      <w:r w:rsidRPr="00963A1F">
        <w:rPr>
          <w:rFonts w:ascii="Aptos" w:eastAsia="Aptos" w:hAnsi="Aptos" w:cs="Aptos"/>
          <w:color w:val="546070"/>
        </w:rPr>
        <w:t>Healthspan</w:t>
      </w:r>
      <w:proofErr w:type="spellEnd"/>
      <w:r w:rsidRPr="00963A1F">
        <w:rPr>
          <w:rFonts w:ascii="Aptos" w:eastAsia="Aptos" w:hAnsi="Aptos" w:cs="Aptos"/>
          <w:color w:val="546070"/>
        </w:rPr>
        <w:t>: Modifiable Targets and Scalable Interventions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7037FE" w:rsidRPr="00963A1F" w14:paraId="41EF096D" w14:textId="77777777" w:rsidTr="4E0B5D66">
        <w:tc>
          <w:tcPr>
            <w:tcW w:w="5227" w:type="dxa"/>
            <w:shd w:val="clear" w:color="auto" w:fill="973864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E19D3A3" w14:textId="77777777" w:rsidR="007037FE" w:rsidRPr="00963A1F" w:rsidRDefault="3B254CBE" w:rsidP="00B56D1D">
            <w:pPr>
              <w:spacing w:after="0"/>
              <w:rPr>
                <w:rFonts w:eastAsia="Aptos" w:cs="Aptos"/>
                <w:b/>
                <w:bCs/>
                <w:color w:val="FFFFFF" w:themeColor="background1"/>
                <w:szCs w:val="18"/>
              </w:rPr>
            </w:pPr>
            <w:r w:rsidRPr="00963A1F">
              <w:rPr>
                <w:rFonts w:eastAsia="Aptos" w:cs="Aptos"/>
                <w:b/>
                <w:bCs/>
                <w:color w:val="FFFFFF" w:themeColor="background1"/>
                <w:szCs w:val="18"/>
              </w:rPr>
              <w:t>DEADLINE</w:t>
            </w:r>
          </w:p>
        </w:tc>
        <w:tc>
          <w:tcPr>
            <w:tcW w:w="5227" w:type="dxa"/>
            <w:shd w:val="clear" w:color="auto" w:fill="973864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6C8A6A4F" w14:textId="7B3657A4" w:rsidR="007037FE" w:rsidRPr="00963A1F" w:rsidRDefault="3B254CBE" w:rsidP="4E0B5D66">
            <w:pPr>
              <w:spacing w:after="0"/>
              <w:rPr>
                <w:rFonts w:eastAsia="Aptos" w:cs="Aptos"/>
                <w:b/>
                <w:bCs/>
                <w:color w:val="FFFFFF" w:themeColor="background1"/>
                <w:sz w:val="19"/>
                <w:szCs w:val="19"/>
              </w:rPr>
            </w:pPr>
            <w:r w:rsidRPr="00963A1F">
              <w:rPr>
                <w:rFonts w:eastAsia="Aptos" w:cs="Aptos"/>
                <w:b/>
                <w:bCs/>
                <w:color w:val="FFFFFF" w:themeColor="background1"/>
                <w:sz w:val="19"/>
                <w:szCs w:val="19"/>
              </w:rPr>
              <w:t xml:space="preserve">11:59 pm AEDT, </w:t>
            </w:r>
            <w:r w:rsidR="41204685" w:rsidRPr="00963A1F">
              <w:rPr>
                <w:rFonts w:eastAsia="Aptos" w:cs="Aptos"/>
                <w:b/>
                <w:bCs/>
                <w:color w:val="FFFFFF" w:themeColor="background1"/>
                <w:sz w:val="19"/>
                <w:szCs w:val="19"/>
              </w:rPr>
              <w:t>S</w:t>
            </w:r>
            <w:r w:rsidR="00A1710A" w:rsidRPr="00963A1F">
              <w:rPr>
                <w:rFonts w:eastAsia="Aptos" w:cs="Aptos"/>
                <w:b/>
                <w:bCs/>
                <w:color w:val="FFFFFF" w:themeColor="background1"/>
                <w:sz w:val="19"/>
                <w:szCs w:val="19"/>
              </w:rPr>
              <w:t>unday</w:t>
            </w:r>
            <w:r w:rsidR="41204685" w:rsidRPr="00963A1F">
              <w:rPr>
                <w:rFonts w:eastAsia="Aptos" w:cs="Aptos"/>
                <w:b/>
                <w:bCs/>
                <w:color w:val="FFFFFF" w:themeColor="background1"/>
                <w:sz w:val="19"/>
                <w:szCs w:val="19"/>
              </w:rPr>
              <w:t xml:space="preserve"> </w:t>
            </w:r>
            <w:r w:rsidR="08153696" w:rsidRPr="00963A1F">
              <w:rPr>
                <w:rFonts w:eastAsia="Aptos" w:cs="Aptos"/>
                <w:b/>
                <w:bCs/>
                <w:color w:val="FFFFFF" w:themeColor="background1"/>
                <w:sz w:val="19"/>
                <w:szCs w:val="19"/>
              </w:rPr>
              <w:t>1</w:t>
            </w:r>
            <w:r w:rsidRPr="00963A1F">
              <w:rPr>
                <w:rFonts w:eastAsia="Aptos" w:cs="Aptos"/>
                <w:b/>
                <w:bCs/>
                <w:color w:val="FFFFFF" w:themeColor="background1"/>
                <w:sz w:val="19"/>
                <w:szCs w:val="19"/>
              </w:rPr>
              <w:t xml:space="preserve"> </w:t>
            </w:r>
            <w:r w:rsidR="00A1710A" w:rsidRPr="00963A1F">
              <w:rPr>
                <w:rFonts w:eastAsia="Aptos" w:cs="Aptos"/>
                <w:b/>
                <w:bCs/>
                <w:color w:val="FFFFFF" w:themeColor="background1"/>
                <w:sz w:val="19"/>
                <w:szCs w:val="19"/>
              </w:rPr>
              <w:t>November</w:t>
            </w:r>
            <w:r w:rsidRPr="00963A1F">
              <w:rPr>
                <w:rFonts w:eastAsia="Aptos" w:cs="Aptos"/>
                <w:b/>
                <w:bCs/>
                <w:color w:val="FFFFFF" w:themeColor="background1"/>
                <w:sz w:val="19"/>
                <w:szCs w:val="19"/>
              </w:rPr>
              <w:t xml:space="preserve"> 2026</w:t>
            </w:r>
          </w:p>
        </w:tc>
      </w:tr>
    </w:tbl>
    <w:p w14:paraId="6249F045" w14:textId="38CC1DE3" w:rsidR="3B254CBE" w:rsidRPr="00963A1F" w:rsidRDefault="3B254CBE" w:rsidP="00B56D1D">
      <w:pPr>
        <w:rPr>
          <w:rFonts w:eastAsia="Aptos" w:cs="Aptos"/>
          <w:sz w:val="10"/>
          <w:szCs w:val="10"/>
        </w:rPr>
      </w:pPr>
    </w:p>
    <w:p w14:paraId="46800B6A" w14:textId="4638BD94" w:rsidR="3B254CBE" w:rsidRPr="00963A1F" w:rsidRDefault="3B254CBE" w:rsidP="00B56D1D">
      <w:pPr>
        <w:rPr>
          <w:rFonts w:eastAsia="Aptos" w:cs="Aptos"/>
          <w:sz w:val="20"/>
          <w:szCs w:val="20"/>
        </w:rPr>
      </w:pPr>
      <w:r w:rsidRPr="00963A1F">
        <w:rPr>
          <w:rFonts w:eastAsia="Aptos" w:cs="Aptos"/>
          <w:sz w:val="20"/>
          <w:szCs w:val="20"/>
        </w:rPr>
        <w:t>Complete this form and include it at the front of the single PDF submitted through your university or institution’s Research Administrative Office. No budget is required at EOI stage.</w:t>
      </w:r>
    </w:p>
    <w:p w14:paraId="30A15724" w14:textId="77777777" w:rsidR="006B29EA" w:rsidRPr="00963A1F" w:rsidRDefault="006B29EA" w:rsidP="00B56D1D">
      <w:pPr>
        <w:rPr>
          <w:rFonts w:eastAsia="Aptos" w:cs="Aptos"/>
          <w:sz w:val="10"/>
          <w:szCs w:val="1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54"/>
      </w:tblGrid>
      <w:tr w:rsidR="007037FE" w:rsidRPr="00963A1F" w14:paraId="195434E9" w14:textId="77777777" w:rsidTr="3B254CBE">
        <w:trPr>
          <w:jc w:val="center"/>
        </w:trPr>
        <w:tc>
          <w:tcPr>
            <w:tcW w:w="10454" w:type="dxa"/>
            <w:shd w:val="clear" w:color="auto" w:fill="007D93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3E2BF6F6" w14:textId="77777777" w:rsidR="007037FE" w:rsidRPr="00963A1F" w:rsidRDefault="3B254CBE" w:rsidP="00B56D1D">
            <w:pPr>
              <w:spacing w:after="0"/>
              <w:rPr>
                <w:rFonts w:eastAsia="Aptos" w:cs="Aptos"/>
                <w:b/>
                <w:bCs/>
                <w:color w:val="FFFFFF" w:themeColor="background1"/>
                <w:sz w:val="21"/>
                <w:szCs w:val="21"/>
              </w:rPr>
            </w:pPr>
            <w:r w:rsidRPr="00963A1F">
              <w:rPr>
                <w:rFonts w:eastAsia="Aptos" w:cs="Aptos"/>
                <w:b/>
                <w:bCs/>
                <w:color w:val="FFFFFF"/>
                <w:sz w:val="21"/>
                <w:szCs w:val="21"/>
              </w:rPr>
              <w:t>A. Application details</w:t>
            </w:r>
          </w:p>
        </w:tc>
      </w:tr>
    </w:tbl>
    <w:p w14:paraId="672A6659" w14:textId="77777777" w:rsidR="007037FE" w:rsidRPr="00963A1F" w:rsidRDefault="007037FE" w:rsidP="00B56D1D">
      <w:pPr>
        <w:spacing w:after="0" w:line="48" w:lineRule="auto"/>
        <w:rPr>
          <w:rFonts w:eastAsia="Aptos" w:cs="Aptos"/>
        </w:rPr>
      </w:pPr>
    </w:p>
    <w:tbl>
      <w:tblPr>
        <w:tblW w:w="4951" w:type="pct"/>
        <w:jc w:val="center"/>
        <w:tblBorders>
          <w:top w:val="single" w:sz="5" w:space="0" w:color="C8D1DC"/>
          <w:left w:val="single" w:sz="5" w:space="0" w:color="C8D1DC"/>
          <w:bottom w:val="single" w:sz="5" w:space="0" w:color="C8D1DC"/>
          <w:right w:val="single" w:sz="5" w:space="0" w:color="C8D1DC"/>
          <w:insideH w:val="single" w:sz="5" w:space="0" w:color="C8D1DC"/>
          <w:insideV w:val="single" w:sz="5" w:space="0" w:color="C8D1DC"/>
        </w:tblBorders>
        <w:tblLook w:val="04A0" w:firstRow="1" w:lastRow="0" w:firstColumn="1" w:lastColumn="0" w:noHBand="0" w:noVBand="1"/>
      </w:tblPr>
      <w:tblGrid>
        <w:gridCol w:w="4291"/>
        <w:gridCol w:w="6049"/>
      </w:tblGrid>
      <w:tr w:rsidR="007037FE" w:rsidRPr="00963A1F" w14:paraId="6C45877B" w14:textId="77777777" w:rsidTr="002A07F4">
        <w:trPr>
          <w:cantSplit/>
          <w:jc w:val="center"/>
        </w:trPr>
        <w:tc>
          <w:tcPr>
            <w:tcW w:w="2075" w:type="pct"/>
            <w:shd w:val="clear" w:color="auto" w:fill="EAF0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2C0912" w14:textId="77777777" w:rsidR="007037FE" w:rsidRPr="00963A1F" w:rsidRDefault="3B254CBE" w:rsidP="00B56D1D">
            <w:pPr>
              <w:spacing w:after="0"/>
              <w:rPr>
                <w:rFonts w:eastAsia="Aptos" w:cs="Aptos"/>
                <w:b/>
                <w:bCs/>
                <w:color w:val="2F5D9B"/>
                <w:szCs w:val="18"/>
              </w:rPr>
            </w:pPr>
            <w:r w:rsidRPr="00963A1F">
              <w:rPr>
                <w:rFonts w:eastAsia="Aptos" w:cs="Aptos"/>
                <w:b/>
                <w:bCs/>
                <w:color w:val="2F5D9B"/>
                <w:szCs w:val="18"/>
              </w:rPr>
              <w:t>Program title</w:t>
            </w:r>
          </w:p>
        </w:tc>
        <w:tc>
          <w:tcPr>
            <w:tcW w:w="2925" w:type="pct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C3E277F" w14:textId="73790FEF" w:rsidR="007037FE" w:rsidRPr="00963A1F" w:rsidRDefault="007037FE" w:rsidP="00B56D1D">
            <w:pPr>
              <w:spacing w:after="0"/>
              <w:rPr>
                <w:rFonts w:eastAsia="Aptos" w:cs="Aptos"/>
                <w:color w:val="6B7280"/>
                <w:szCs w:val="18"/>
              </w:rPr>
            </w:pPr>
          </w:p>
        </w:tc>
      </w:tr>
      <w:tr w:rsidR="007037FE" w:rsidRPr="00963A1F" w14:paraId="0055F1A1" w14:textId="77777777" w:rsidTr="002A07F4">
        <w:trPr>
          <w:cantSplit/>
          <w:jc w:val="center"/>
        </w:trPr>
        <w:tc>
          <w:tcPr>
            <w:tcW w:w="2075" w:type="pct"/>
            <w:shd w:val="clear" w:color="auto" w:fill="EAF0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3F8A38" w14:textId="77777777" w:rsidR="007037FE" w:rsidRPr="00963A1F" w:rsidRDefault="3B254CBE" w:rsidP="00B56D1D">
            <w:pPr>
              <w:spacing w:after="0"/>
              <w:rPr>
                <w:rFonts w:eastAsia="Aptos" w:cs="Aptos"/>
                <w:b/>
                <w:bCs/>
                <w:color w:val="2F5D9B"/>
                <w:szCs w:val="18"/>
              </w:rPr>
            </w:pPr>
            <w:r w:rsidRPr="00963A1F">
              <w:rPr>
                <w:rFonts w:eastAsia="Aptos" w:cs="Aptos"/>
                <w:b/>
                <w:bCs/>
                <w:color w:val="2F5D9B"/>
                <w:szCs w:val="18"/>
              </w:rPr>
              <w:t>Selected theme(s)</w:t>
            </w:r>
          </w:p>
        </w:tc>
        <w:tc>
          <w:tcPr>
            <w:tcW w:w="2925" w:type="pct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778484CF" w14:textId="77777777" w:rsidR="0085401C" w:rsidRPr="00963A1F" w:rsidRDefault="00000000" w:rsidP="00B56D1D">
            <w:pPr>
              <w:spacing w:after="0"/>
              <w:rPr>
                <w:rFonts w:eastAsia="Aptos" w:cs="Aptos"/>
                <w:color w:val="6B7280"/>
                <w:szCs w:val="18"/>
              </w:rPr>
            </w:pPr>
            <w:sdt>
              <w:sdtPr>
                <w:rPr>
                  <w:rFonts w:eastAsia="Aptos" w:cs="Aptos"/>
                  <w:color w:val="6B7280"/>
                  <w:szCs w:val="18"/>
                </w:rPr>
                <w:id w:val="115133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01C" w:rsidRPr="00963A1F">
                  <w:rPr>
                    <w:rFonts w:ascii="MS Gothic" w:eastAsia="MS Gothic" w:hAnsi="MS Gothic" w:cs="Aptos" w:hint="eastAsia"/>
                    <w:color w:val="6B7280"/>
                    <w:szCs w:val="18"/>
                  </w:rPr>
                  <w:t>☐</w:t>
                </w:r>
              </w:sdtContent>
            </w:sdt>
            <w:r w:rsidR="3B254CBE" w:rsidRPr="00963A1F">
              <w:rPr>
                <w:rFonts w:eastAsia="Aptos" w:cs="Aptos"/>
                <w:color w:val="6B7280"/>
                <w:szCs w:val="18"/>
              </w:rPr>
              <w:t xml:space="preserve"> Theme 1: Brain-Body Mechanisms   </w:t>
            </w:r>
          </w:p>
          <w:p w14:paraId="14E7CC7F" w14:textId="6A591B98" w:rsidR="0085401C" w:rsidRPr="00963A1F" w:rsidRDefault="00000000" w:rsidP="00B56D1D">
            <w:pPr>
              <w:spacing w:after="0"/>
              <w:rPr>
                <w:rFonts w:eastAsia="Aptos" w:cs="Aptos"/>
                <w:color w:val="6B7280"/>
                <w:szCs w:val="18"/>
              </w:rPr>
            </w:pPr>
            <w:sdt>
              <w:sdtPr>
                <w:rPr>
                  <w:rFonts w:eastAsia="Aptos" w:cs="Aptos"/>
                  <w:color w:val="6B7280"/>
                  <w:szCs w:val="18"/>
                </w:rPr>
                <w:id w:val="129917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01C" w:rsidRPr="00963A1F">
                  <w:rPr>
                    <w:rFonts w:ascii="MS Gothic" w:eastAsia="MS Gothic" w:hAnsi="MS Gothic" w:cs="Aptos" w:hint="eastAsia"/>
                    <w:color w:val="6B7280"/>
                    <w:szCs w:val="18"/>
                  </w:rPr>
                  <w:t>☐</w:t>
                </w:r>
              </w:sdtContent>
            </w:sdt>
            <w:r w:rsidR="3B254CBE" w:rsidRPr="00963A1F">
              <w:rPr>
                <w:rFonts w:eastAsia="Aptos" w:cs="Aptos"/>
                <w:color w:val="6B7280"/>
                <w:szCs w:val="18"/>
              </w:rPr>
              <w:t xml:space="preserve"> Theme 2: Cognitive Resilience  </w:t>
            </w:r>
          </w:p>
          <w:p w14:paraId="2A925B96" w14:textId="1B9CD30B" w:rsidR="007037FE" w:rsidRPr="00963A1F" w:rsidRDefault="00000000" w:rsidP="00B56D1D">
            <w:pPr>
              <w:spacing w:after="0"/>
              <w:rPr>
                <w:rFonts w:eastAsia="Aptos" w:cs="Aptos"/>
                <w:color w:val="6B7280"/>
                <w:szCs w:val="18"/>
              </w:rPr>
            </w:pPr>
            <w:sdt>
              <w:sdtPr>
                <w:rPr>
                  <w:rFonts w:eastAsia="Aptos" w:cs="Aptos"/>
                  <w:color w:val="6B7280"/>
                  <w:szCs w:val="18"/>
                </w:rPr>
                <w:id w:val="73496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401C" w:rsidRPr="00963A1F">
                  <w:rPr>
                    <w:rFonts w:ascii="MS Gothic" w:eastAsia="MS Gothic" w:hAnsi="MS Gothic" w:cs="Aptos" w:hint="eastAsia"/>
                    <w:color w:val="6B7280"/>
                    <w:szCs w:val="18"/>
                  </w:rPr>
                  <w:t>☐</w:t>
                </w:r>
              </w:sdtContent>
            </w:sdt>
            <w:r w:rsidR="3B254CBE" w:rsidRPr="00963A1F">
              <w:rPr>
                <w:rFonts w:eastAsia="Aptos" w:cs="Aptos"/>
                <w:color w:val="6B7280"/>
                <w:szCs w:val="18"/>
              </w:rPr>
              <w:t xml:space="preserve"> Theme 3: Scalable Non-Invasive Markers and Interventions</w:t>
            </w:r>
          </w:p>
        </w:tc>
      </w:tr>
      <w:tr w:rsidR="007037FE" w:rsidRPr="00963A1F" w14:paraId="30988038" w14:textId="77777777" w:rsidTr="002A07F4">
        <w:trPr>
          <w:cantSplit/>
          <w:jc w:val="center"/>
        </w:trPr>
        <w:tc>
          <w:tcPr>
            <w:tcW w:w="2075" w:type="pct"/>
            <w:shd w:val="clear" w:color="auto" w:fill="EAF0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8FBBD62" w14:textId="77777777" w:rsidR="007037FE" w:rsidRPr="00963A1F" w:rsidRDefault="3B254CBE" w:rsidP="00B56D1D">
            <w:pPr>
              <w:spacing w:after="0"/>
              <w:rPr>
                <w:rFonts w:eastAsia="Aptos" w:cs="Aptos"/>
                <w:b/>
                <w:bCs/>
                <w:color w:val="2F5D9B"/>
                <w:szCs w:val="18"/>
              </w:rPr>
            </w:pPr>
            <w:r w:rsidRPr="00963A1F">
              <w:rPr>
                <w:rFonts w:eastAsia="Aptos" w:cs="Aptos"/>
                <w:b/>
                <w:bCs/>
                <w:color w:val="2F5D9B"/>
                <w:szCs w:val="18"/>
              </w:rPr>
              <w:t>Lead Applicant name</w:t>
            </w:r>
          </w:p>
        </w:tc>
        <w:tc>
          <w:tcPr>
            <w:tcW w:w="2925" w:type="pct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F14D7C8" w14:textId="06653A37" w:rsidR="007037FE" w:rsidRPr="00963A1F" w:rsidRDefault="007037FE" w:rsidP="00B56D1D">
            <w:pPr>
              <w:spacing w:after="0"/>
              <w:rPr>
                <w:rFonts w:eastAsia="Aptos" w:cs="Aptos"/>
                <w:color w:val="6B7280"/>
                <w:szCs w:val="18"/>
              </w:rPr>
            </w:pPr>
          </w:p>
        </w:tc>
      </w:tr>
      <w:tr w:rsidR="007037FE" w:rsidRPr="00963A1F" w14:paraId="14D870B2" w14:textId="77777777" w:rsidTr="002A07F4">
        <w:trPr>
          <w:cantSplit/>
          <w:jc w:val="center"/>
        </w:trPr>
        <w:tc>
          <w:tcPr>
            <w:tcW w:w="2075" w:type="pct"/>
            <w:shd w:val="clear" w:color="auto" w:fill="EAF0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4CC554" w14:textId="77777777" w:rsidR="007037FE" w:rsidRPr="00963A1F" w:rsidRDefault="3B254CBE" w:rsidP="00B56D1D">
            <w:pPr>
              <w:spacing w:after="0"/>
              <w:rPr>
                <w:rFonts w:eastAsia="Aptos" w:cs="Aptos"/>
                <w:b/>
                <w:bCs/>
                <w:color w:val="2F5D9B"/>
                <w:szCs w:val="18"/>
              </w:rPr>
            </w:pPr>
            <w:r w:rsidRPr="00963A1F">
              <w:rPr>
                <w:rFonts w:eastAsia="Aptos" w:cs="Aptos"/>
                <w:b/>
                <w:bCs/>
                <w:color w:val="2F5D9B"/>
                <w:szCs w:val="18"/>
              </w:rPr>
              <w:t>Position / academic level</w:t>
            </w:r>
          </w:p>
        </w:tc>
        <w:tc>
          <w:tcPr>
            <w:tcW w:w="2925" w:type="pct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362E849" w14:textId="74770327" w:rsidR="007037FE" w:rsidRPr="00963A1F" w:rsidRDefault="007037FE" w:rsidP="00B56D1D">
            <w:pPr>
              <w:spacing w:after="0"/>
              <w:rPr>
                <w:rFonts w:eastAsia="Aptos" w:cs="Aptos"/>
                <w:color w:val="6B7280"/>
                <w:szCs w:val="18"/>
              </w:rPr>
            </w:pPr>
          </w:p>
        </w:tc>
      </w:tr>
      <w:tr w:rsidR="007037FE" w:rsidRPr="00963A1F" w14:paraId="51D340F8" w14:textId="77777777" w:rsidTr="002A07F4">
        <w:trPr>
          <w:cantSplit/>
          <w:jc w:val="center"/>
        </w:trPr>
        <w:tc>
          <w:tcPr>
            <w:tcW w:w="2075" w:type="pct"/>
            <w:shd w:val="clear" w:color="auto" w:fill="EAF0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B07A13" w14:textId="77777777" w:rsidR="007037FE" w:rsidRPr="00963A1F" w:rsidRDefault="3B254CBE" w:rsidP="00B56D1D">
            <w:pPr>
              <w:spacing w:after="0"/>
              <w:rPr>
                <w:rFonts w:eastAsia="Aptos" w:cs="Aptos"/>
                <w:b/>
                <w:bCs/>
                <w:color w:val="2F5D9B"/>
                <w:szCs w:val="18"/>
              </w:rPr>
            </w:pPr>
            <w:r w:rsidRPr="00963A1F">
              <w:rPr>
                <w:rFonts w:eastAsia="Aptos" w:cs="Aptos"/>
                <w:b/>
                <w:bCs/>
                <w:color w:val="2F5D9B"/>
                <w:szCs w:val="18"/>
              </w:rPr>
              <w:t>Department / school</w:t>
            </w:r>
          </w:p>
        </w:tc>
        <w:tc>
          <w:tcPr>
            <w:tcW w:w="2925" w:type="pct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B951852" w14:textId="14C0F1B2" w:rsidR="007037FE" w:rsidRPr="00963A1F" w:rsidRDefault="007037FE" w:rsidP="00B56D1D">
            <w:pPr>
              <w:spacing w:after="0"/>
              <w:rPr>
                <w:rFonts w:eastAsia="Aptos" w:cs="Aptos"/>
                <w:color w:val="6B7280"/>
                <w:szCs w:val="18"/>
              </w:rPr>
            </w:pPr>
          </w:p>
        </w:tc>
      </w:tr>
      <w:tr w:rsidR="007037FE" w:rsidRPr="00963A1F" w14:paraId="6FADC374" w14:textId="77777777" w:rsidTr="002A07F4">
        <w:trPr>
          <w:cantSplit/>
          <w:jc w:val="center"/>
        </w:trPr>
        <w:tc>
          <w:tcPr>
            <w:tcW w:w="2075" w:type="pct"/>
            <w:shd w:val="clear" w:color="auto" w:fill="EAF0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09202B" w14:textId="77777777" w:rsidR="007037FE" w:rsidRPr="00963A1F" w:rsidRDefault="3B254CBE" w:rsidP="00B56D1D">
            <w:pPr>
              <w:spacing w:after="0"/>
              <w:rPr>
                <w:rFonts w:eastAsia="Aptos" w:cs="Aptos"/>
                <w:b/>
                <w:bCs/>
                <w:color w:val="2F5D9B"/>
                <w:szCs w:val="18"/>
              </w:rPr>
            </w:pPr>
            <w:r w:rsidRPr="00963A1F">
              <w:rPr>
                <w:rFonts w:eastAsia="Aptos" w:cs="Aptos"/>
                <w:b/>
                <w:bCs/>
                <w:color w:val="2F5D9B"/>
                <w:szCs w:val="18"/>
              </w:rPr>
              <w:t>Administering institution</w:t>
            </w:r>
          </w:p>
        </w:tc>
        <w:tc>
          <w:tcPr>
            <w:tcW w:w="2925" w:type="pct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946BB5D" w14:textId="4904FD53" w:rsidR="007037FE" w:rsidRPr="00963A1F" w:rsidRDefault="007037FE" w:rsidP="00B56D1D">
            <w:pPr>
              <w:spacing w:after="0"/>
              <w:rPr>
                <w:rFonts w:eastAsia="Aptos" w:cs="Aptos"/>
                <w:color w:val="6B7280"/>
                <w:szCs w:val="18"/>
              </w:rPr>
            </w:pPr>
          </w:p>
        </w:tc>
      </w:tr>
      <w:tr w:rsidR="007037FE" w:rsidRPr="00963A1F" w14:paraId="5C10F677" w14:textId="77777777" w:rsidTr="002A07F4">
        <w:trPr>
          <w:cantSplit/>
          <w:jc w:val="center"/>
        </w:trPr>
        <w:tc>
          <w:tcPr>
            <w:tcW w:w="2075" w:type="pct"/>
            <w:shd w:val="clear" w:color="auto" w:fill="EAF0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BA939DA" w14:textId="77777777" w:rsidR="007037FE" w:rsidRPr="00963A1F" w:rsidRDefault="3B254CBE" w:rsidP="00B56D1D">
            <w:pPr>
              <w:spacing w:after="0"/>
              <w:rPr>
                <w:rFonts w:eastAsia="Aptos" w:cs="Aptos"/>
                <w:b/>
                <w:bCs/>
                <w:color w:val="2F5D9B"/>
                <w:szCs w:val="18"/>
              </w:rPr>
            </w:pPr>
            <w:r w:rsidRPr="00963A1F">
              <w:rPr>
                <w:rFonts w:eastAsia="Aptos" w:cs="Aptos"/>
                <w:b/>
                <w:bCs/>
                <w:color w:val="2F5D9B"/>
                <w:szCs w:val="18"/>
              </w:rPr>
              <w:t>Work email</w:t>
            </w:r>
          </w:p>
        </w:tc>
        <w:tc>
          <w:tcPr>
            <w:tcW w:w="2925" w:type="pct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6E69C4A" w14:textId="5F7733D0" w:rsidR="007037FE" w:rsidRPr="00963A1F" w:rsidRDefault="007037FE" w:rsidP="00B56D1D">
            <w:pPr>
              <w:spacing w:after="0"/>
              <w:rPr>
                <w:rFonts w:eastAsia="Aptos" w:cs="Aptos"/>
                <w:color w:val="6B7280"/>
                <w:szCs w:val="18"/>
              </w:rPr>
            </w:pPr>
          </w:p>
        </w:tc>
      </w:tr>
      <w:tr w:rsidR="007037FE" w:rsidRPr="00963A1F" w14:paraId="268FAA2C" w14:textId="77777777" w:rsidTr="002A07F4">
        <w:trPr>
          <w:cantSplit/>
          <w:jc w:val="center"/>
        </w:trPr>
        <w:tc>
          <w:tcPr>
            <w:tcW w:w="2075" w:type="pct"/>
            <w:shd w:val="clear" w:color="auto" w:fill="EAF0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22B2265" w14:textId="77777777" w:rsidR="007037FE" w:rsidRPr="00963A1F" w:rsidRDefault="3B254CBE" w:rsidP="00B56D1D">
            <w:pPr>
              <w:spacing w:after="0"/>
              <w:rPr>
                <w:rFonts w:eastAsia="Aptos" w:cs="Aptos"/>
                <w:b/>
                <w:bCs/>
                <w:color w:val="2F5D9B"/>
                <w:szCs w:val="18"/>
              </w:rPr>
            </w:pPr>
            <w:r w:rsidRPr="00963A1F">
              <w:rPr>
                <w:rFonts w:eastAsia="Aptos" w:cs="Aptos"/>
                <w:b/>
                <w:bCs/>
                <w:color w:val="2F5D9B"/>
                <w:szCs w:val="18"/>
              </w:rPr>
              <w:t>Telephone</w:t>
            </w:r>
          </w:p>
        </w:tc>
        <w:tc>
          <w:tcPr>
            <w:tcW w:w="2925" w:type="pct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ED8C455" w14:textId="7B0BAA85" w:rsidR="007037FE" w:rsidRPr="00963A1F" w:rsidRDefault="007037FE" w:rsidP="00B56D1D">
            <w:pPr>
              <w:spacing w:after="0"/>
              <w:rPr>
                <w:rFonts w:eastAsia="Aptos" w:cs="Aptos"/>
                <w:color w:val="6B7280"/>
                <w:szCs w:val="18"/>
              </w:rPr>
            </w:pPr>
          </w:p>
        </w:tc>
      </w:tr>
      <w:tr w:rsidR="007037FE" w:rsidRPr="00963A1F" w14:paraId="563F92EB" w14:textId="77777777" w:rsidTr="002A07F4">
        <w:trPr>
          <w:cantSplit/>
          <w:jc w:val="center"/>
        </w:trPr>
        <w:tc>
          <w:tcPr>
            <w:tcW w:w="2075" w:type="pct"/>
            <w:shd w:val="clear" w:color="auto" w:fill="EAF0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EAC7AD5" w14:textId="77777777" w:rsidR="007037FE" w:rsidRPr="00963A1F" w:rsidRDefault="3B254CBE" w:rsidP="00B56D1D">
            <w:pPr>
              <w:spacing w:after="0"/>
              <w:rPr>
                <w:rFonts w:eastAsia="Aptos" w:cs="Aptos"/>
                <w:b/>
                <w:bCs/>
                <w:color w:val="2F5D9B"/>
                <w:szCs w:val="18"/>
              </w:rPr>
            </w:pPr>
            <w:r w:rsidRPr="00963A1F">
              <w:rPr>
                <w:rFonts w:eastAsia="Aptos" w:cs="Aptos"/>
                <w:b/>
                <w:bCs/>
                <w:color w:val="2F5D9B"/>
                <w:szCs w:val="18"/>
              </w:rPr>
              <w:t>Research Administrative Office contact</w:t>
            </w:r>
          </w:p>
        </w:tc>
        <w:tc>
          <w:tcPr>
            <w:tcW w:w="2925" w:type="pct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7651D096" w14:textId="0999A91B" w:rsidR="007037FE" w:rsidRPr="00963A1F" w:rsidRDefault="007037FE" w:rsidP="00B56D1D">
            <w:pPr>
              <w:spacing w:after="0"/>
              <w:rPr>
                <w:rFonts w:eastAsia="Aptos" w:cs="Aptos"/>
                <w:color w:val="6B7280"/>
                <w:szCs w:val="18"/>
              </w:rPr>
            </w:pPr>
          </w:p>
        </w:tc>
      </w:tr>
      <w:tr w:rsidR="007037FE" w:rsidRPr="00963A1F" w14:paraId="040C57A4" w14:textId="77777777" w:rsidTr="002A07F4">
        <w:trPr>
          <w:cantSplit/>
          <w:jc w:val="center"/>
        </w:trPr>
        <w:tc>
          <w:tcPr>
            <w:tcW w:w="2075" w:type="pct"/>
            <w:shd w:val="clear" w:color="auto" w:fill="EAF0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82C09E1" w14:textId="77777777" w:rsidR="007037FE" w:rsidRPr="00963A1F" w:rsidRDefault="3B254CBE" w:rsidP="00B56D1D">
            <w:pPr>
              <w:spacing w:after="0"/>
              <w:rPr>
                <w:rFonts w:eastAsia="Aptos" w:cs="Aptos"/>
                <w:b/>
                <w:bCs/>
                <w:color w:val="2F5D9B"/>
                <w:szCs w:val="18"/>
              </w:rPr>
            </w:pPr>
            <w:r w:rsidRPr="00963A1F">
              <w:rPr>
                <w:rFonts w:eastAsia="Aptos" w:cs="Aptos"/>
                <w:b/>
                <w:bCs/>
                <w:color w:val="2F5D9B"/>
                <w:szCs w:val="18"/>
              </w:rPr>
              <w:t>Research Administrative Office email</w:t>
            </w:r>
          </w:p>
        </w:tc>
        <w:tc>
          <w:tcPr>
            <w:tcW w:w="2925" w:type="pct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CF7E623" w14:textId="029D3EBB" w:rsidR="007037FE" w:rsidRPr="00963A1F" w:rsidRDefault="007037FE" w:rsidP="00B56D1D">
            <w:pPr>
              <w:spacing w:after="0"/>
              <w:rPr>
                <w:rFonts w:eastAsia="Aptos" w:cs="Aptos"/>
                <w:color w:val="6B7280"/>
                <w:szCs w:val="18"/>
              </w:rPr>
            </w:pPr>
          </w:p>
        </w:tc>
      </w:tr>
    </w:tbl>
    <w:p w14:paraId="0A37501D" w14:textId="77777777" w:rsidR="007037FE" w:rsidRPr="00963A1F" w:rsidRDefault="007037FE" w:rsidP="00B56D1D">
      <w:pPr>
        <w:spacing w:after="0" w:line="48" w:lineRule="auto"/>
        <w:rPr>
          <w:rFonts w:eastAsia="Aptos" w:cs="Aptos"/>
        </w:rPr>
      </w:pPr>
    </w:p>
    <w:p w14:paraId="00D147D8" w14:textId="2464F4AA" w:rsidR="00FE52E1" w:rsidRPr="00963A1F" w:rsidRDefault="00FE52E1" w:rsidP="00B56D1D">
      <w:pPr>
        <w:spacing w:after="0"/>
        <w:rPr>
          <w:rFonts w:eastAsia="Aptos" w:cs="Aptos"/>
          <w:b/>
          <w:bCs/>
          <w:color w:val="EE0000"/>
          <w:sz w:val="10"/>
          <w:szCs w:val="1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54"/>
      </w:tblGrid>
      <w:tr w:rsidR="00E616B2" w:rsidRPr="00963A1F" w14:paraId="489E78E1" w14:textId="77777777" w:rsidTr="006B7D30">
        <w:trPr>
          <w:jc w:val="center"/>
        </w:trPr>
        <w:tc>
          <w:tcPr>
            <w:tcW w:w="10454" w:type="dxa"/>
            <w:shd w:val="clear" w:color="auto" w:fill="007D93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1FDBA6E6" w14:textId="370CB3C4" w:rsidR="00E616B2" w:rsidRPr="00963A1F" w:rsidRDefault="00E616B2" w:rsidP="00B56D1D">
            <w:pPr>
              <w:spacing w:after="0"/>
              <w:rPr>
                <w:rFonts w:eastAsia="Aptos" w:cs="Aptos"/>
                <w:b/>
                <w:bCs/>
                <w:color w:val="FFFFFF" w:themeColor="background1"/>
                <w:sz w:val="21"/>
                <w:szCs w:val="21"/>
              </w:rPr>
            </w:pPr>
            <w:r w:rsidRPr="00963A1F">
              <w:rPr>
                <w:rFonts w:eastAsia="Aptos" w:cs="Aptos"/>
                <w:b/>
                <w:bCs/>
                <w:color w:val="FFFFFF"/>
                <w:sz w:val="21"/>
                <w:szCs w:val="21"/>
              </w:rPr>
              <w:t>B. Submission checklist</w:t>
            </w:r>
          </w:p>
        </w:tc>
      </w:tr>
    </w:tbl>
    <w:p w14:paraId="3C71ECED" w14:textId="77777777" w:rsidR="002A07F4" w:rsidRPr="00963A1F" w:rsidRDefault="002A07F4" w:rsidP="00B56D1D">
      <w:pPr>
        <w:spacing w:after="20"/>
        <w:rPr>
          <w:rFonts w:eastAsia="Aptos" w:cs="Aptos"/>
          <w:color w:val="EE0000"/>
          <w:sz w:val="10"/>
          <w:szCs w:val="10"/>
        </w:rPr>
      </w:pPr>
    </w:p>
    <w:p w14:paraId="45C16A8F" w14:textId="20F6B2AC" w:rsidR="007037FE" w:rsidRPr="00963A1F" w:rsidRDefault="00000000" w:rsidP="00B56D1D">
      <w:pPr>
        <w:spacing w:after="20" w:line="276" w:lineRule="auto"/>
        <w:ind w:left="216" w:hanging="216"/>
        <w:rPr>
          <w:rFonts w:eastAsia="Aptos" w:cs="Aptos"/>
          <w:sz w:val="20"/>
          <w:szCs w:val="20"/>
        </w:rPr>
      </w:pPr>
      <w:sdt>
        <w:sdtPr>
          <w:rPr>
            <w:rFonts w:eastAsia="Aptos" w:cs="Aptos"/>
            <w:sz w:val="20"/>
            <w:szCs w:val="20"/>
          </w:rPr>
          <w:id w:val="-1474821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721" w:rsidRPr="00963A1F">
            <w:rPr>
              <w:rFonts w:ascii="MS Gothic" w:eastAsia="MS Gothic" w:hAnsi="MS Gothic" w:cs="Aptos" w:hint="eastAsia"/>
              <w:sz w:val="20"/>
              <w:szCs w:val="20"/>
            </w:rPr>
            <w:t>☐</w:t>
          </w:r>
        </w:sdtContent>
      </w:sdt>
      <w:r w:rsidR="00582721" w:rsidRPr="00963A1F">
        <w:rPr>
          <w:rFonts w:eastAsia="Aptos" w:cs="Aptos"/>
          <w:sz w:val="20"/>
          <w:szCs w:val="20"/>
        </w:rPr>
        <w:t xml:space="preserve"> Part</w:t>
      </w:r>
      <w:r w:rsidR="3B254CBE" w:rsidRPr="00963A1F">
        <w:rPr>
          <w:rFonts w:eastAsia="Aptos" w:cs="Aptos"/>
          <w:sz w:val="20"/>
          <w:szCs w:val="20"/>
        </w:rPr>
        <w:t xml:space="preserve"> A: Scientific Concept, maximum 2 pages in 12-point font, excluding references.</w:t>
      </w:r>
    </w:p>
    <w:p w14:paraId="0A4D2BC1" w14:textId="0DD2423A" w:rsidR="007037FE" w:rsidRPr="00963A1F" w:rsidRDefault="00000000" w:rsidP="00B56D1D">
      <w:pPr>
        <w:spacing w:after="20" w:line="276" w:lineRule="auto"/>
        <w:ind w:left="216" w:hanging="216"/>
        <w:rPr>
          <w:rFonts w:eastAsia="Aptos" w:cs="Aptos"/>
          <w:sz w:val="20"/>
          <w:szCs w:val="20"/>
        </w:rPr>
      </w:pPr>
      <w:sdt>
        <w:sdtPr>
          <w:rPr>
            <w:rFonts w:eastAsia="Aptos" w:cs="Aptos"/>
            <w:sz w:val="20"/>
            <w:szCs w:val="20"/>
          </w:rPr>
          <w:id w:val="1485122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721" w:rsidRPr="00963A1F">
            <w:rPr>
              <w:rFonts w:ascii="MS Gothic" w:eastAsia="MS Gothic" w:hAnsi="MS Gothic" w:cs="Aptos" w:hint="eastAsia"/>
              <w:sz w:val="20"/>
              <w:szCs w:val="20"/>
            </w:rPr>
            <w:t>☐</w:t>
          </w:r>
        </w:sdtContent>
      </w:sdt>
      <w:r w:rsidR="3B254CBE" w:rsidRPr="00963A1F">
        <w:rPr>
          <w:rFonts w:eastAsia="Aptos" w:cs="Aptos"/>
          <w:sz w:val="20"/>
          <w:szCs w:val="20"/>
        </w:rPr>
        <w:t xml:space="preserve"> Part B: Team and Capability Summary, maximum 1 page in 12-point font, excluding references.</w:t>
      </w:r>
    </w:p>
    <w:p w14:paraId="7C3E9502" w14:textId="5643685C" w:rsidR="007037FE" w:rsidRPr="00963A1F" w:rsidRDefault="00000000" w:rsidP="00B56D1D">
      <w:pPr>
        <w:spacing w:after="20" w:line="276" w:lineRule="auto"/>
        <w:ind w:left="216" w:hanging="216"/>
        <w:rPr>
          <w:rFonts w:eastAsia="Aptos" w:cs="Aptos"/>
          <w:sz w:val="20"/>
          <w:szCs w:val="20"/>
        </w:rPr>
      </w:pPr>
      <w:sdt>
        <w:sdtPr>
          <w:rPr>
            <w:rFonts w:eastAsia="Aptos" w:cs="Aptos"/>
            <w:sz w:val="20"/>
            <w:szCs w:val="20"/>
          </w:rPr>
          <w:id w:val="266742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721" w:rsidRPr="00963A1F">
            <w:rPr>
              <w:rFonts w:ascii="MS Gothic" w:eastAsia="MS Gothic" w:hAnsi="MS Gothic" w:cs="Aptos" w:hint="eastAsia"/>
              <w:sz w:val="20"/>
              <w:szCs w:val="20"/>
            </w:rPr>
            <w:t>☐</w:t>
          </w:r>
        </w:sdtContent>
      </w:sdt>
      <w:r w:rsidR="3B254CBE" w:rsidRPr="00963A1F">
        <w:rPr>
          <w:rFonts w:eastAsia="Aptos" w:cs="Aptos"/>
          <w:sz w:val="20"/>
          <w:szCs w:val="20"/>
        </w:rPr>
        <w:t xml:space="preserve"> Part C: Lead Applicant CV, maximum 5 pages.</w:t>
      </w:r>
    </w:p>
    <w:p w14:paraId="12CCA632" w14:textId="73078196" w:rsidR="007037FE" w:rsidRPr="00963A1F" w:rsidRDefault="00000000" w:rsidP="00B56D1D">
      <w:pPr>
        <w:spacing w:after="20" w:line="276" w:lineRule="auto"/>
        <w:ind w:left="216" w:hanging="216"/>
        <w:rPr>
          <w:rFonts w:eastAsia="Aptos" w:cs="Aptos"/>
          <w:sz w:val="20"/>
          <w:szCs w:val="20"/>
        </w:rPr>
      </w:pPr>
      <w:sdt>
        <w:sdtPr>
          <w:rPr>
            <w:rFonts w:eastAsia="Aptos" w:cs="Aptos"/>
            <w:sz w:val="20"/>
            <w:szCs w:val="20"/>
          </w:rPr>
          <w:id w:val="-1627307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721" w:rsidRPr="00963A1F">
            <w:rPr>
              <w:rFonts w:ascii="MS Gothic" w:eastAsia="MS Gothic" w:hAnsi="MS Gothic" w:cs="Aptos" w:hint="eastAsia"/>
              <w:sz w:val="20"/>
              <w:szCs w:val="20"/>
            </w:rPr>
            <w:t>☐</w:t>
          </w:r>
        </w:sdtContent>
      </w:sdt>
      <w:r w:rsidR="3B254CBE" w:rsidRPr="00963A1F">
        <w:rPr>
          <w:rFonts w:eastAsia="Aptos" w:cs="Aptos"/>
          <w:sz w:val="20"/>
          <w:szCs w:val="20"/>
        </w:rPr>
        <w:t xml:space="preserve"> The application form and Parts A, B and C have been combined into one PDF.</w:t>
      </w:r>
    </w:p>
    <w:p w14:paraId="14F356FF" w14:textId="0203547A" w:rsidR="007037FE" w:rsidRPr="00963A1F" w:rsidRDefault="00000000" w:rsidP="00B56D1D">
      <w:pPr>
        <w:spacing w:after="20" w:line="276" w:lineRule="auto"/>
        <w:ind w:left="216" w:hanging="216"/>
        <w:rPr>
          <w:sz w:val="20"/>
          <w:szCs w:val="20"/>
        </w:rPr>
      </w:pPr>
      <w:sdt>
        <w:sdtPr>
          <w:rPr>
            <w:rFonts w:eastAsia="Aptos" w:cs="Aptos"/>
            <w:sz w:val="20"/>
            <w:szCs w:val="20"/>
          </w:rPr>
          <w:id w:val="-161395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721" w:rsidRPr="00963A1F">
            <w:rPr>
              <w:rFonts w:ascii="MS Gothic" w:eastAsia="MS Gothic" w:hAnsi="MS Gothic" w:cs="Aptos" w:hint="eastAsia"/>
              <w:sz w:val="20"/>
              <w:szCs w:val="20"/>
            </w:rPr>
            <w:t>☐</w:t>
          </w:r>
        </w:sdtContent>
      </w:sdt>
      <w:r w:rsidR="3B254CBE" w:rsidRPr="00963A1F">
        <w:rPr>
          <w:rFonts w:eastAsia="Aptos" w:cs="Aptos"/>
          <w:sz w:val="20"/>
          <w:szCs w:val="20"/>
        </w:rPr>
        <w:t xml:space="preserve"> The filename includes the Lead Applicant’s surname and the program name.</w:t>
      </w:r>
    </w:p>
    <w:p w14:paraId="37998829" w14:textId="533BA663" w:rsidR="002A07F4" w:rsidRPr="00963A1F" w:rsidRDefault="002A07F4" w:rsidP="00B56D1D">
      <w:pPr>
        <w:spacing w:after="20"/>
        <w:ind w:left="216" w:hanging="216"/>
        <w:rPr>
          <w:rFonts w:eastAsia="Aptos" w:cs="Aptos"/>
          <w:sz w:val="10"/>
          <w:szCs w:val="1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54"/>
      </w:tblGrid>
      <w:tr w:rsidR="002A07F4" w:rsidRPr="00963A1F" w14:paraId="134DBA6A" w14:textId="77777777" w:rsidTr="006B7D30">
        <w:trPr>
          <w:jc w:val="center"/>
        </w:trPr>
        <w:tc>
          <w:tcPr>
            <w:tcW w:w="10454" w:type="dxa"/>
            <w:shd w:val="clear" w:color="auto" w:fill="007D93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56DFCEE3" w14:textId="77777777" w:rsidR="002A07F4" w:rsidRPr="00963A1F" w:rsidRDefault="002A07F4" w:rsidP="00B56D1D">
            <w:pPr>
              <w:spacing w:after="0"/>
              <w:rPr>
                <w:rFonts w:eastAsia="Aptos" w:cs="Aptos"/>
                <w:b/>
                <w:bCs/>
                <w:color w:val="FFFFFF" w:themeColor="background1"/>
                <w:sz w:val="21"/>
                <w:szCs w:val="21"/>
              </w:rPr>
            </w:pPr>
            <w:r w:rsidRPr="00963A1F">
              <w:rPr>
                <w:rFonts w:eastAsia="Aptos" w:cs="Aptos"/>
                <w:b/>
                <w:bCs/>
                <w:color w:val="FFFFFF"/>
                <w:sz w:val="21"/>
                <w:szCs w:val="21"/>
              </w:rPr>
              <w:t>C. Eligibility confirmation</w:t>
            </w:r>
          </w:p>
        </w:tc>
      </w:tr>
    </w:tbl>
    <w:p w14:paraId="58257CA2" w14:textId="6CCFCED0" w:rsidR="3B254CBE" w:rsidRPr="00963A1F" w:rsidRDefault="3B254CBE" w:rsidP="00B56D1D">
      <w:pPr>
        <w:spacing w:after="20"/>
        <w:ind w:left="216" w:hanging="216"/>
        <w:rPr>
          <w:rFonts w:eastAsia="Aptos" w:cs="Aptos"/>
          <w:sz w:val="10"/>
          <w:szCs w:val="10"/>
        </w:rPr>
      </w:pPr>
    </w:p>
    <w:p w14:paraId="32BB42C2" w14:textId="16B8D15F" w:rsidR="007037FE" w:rsidRPr="00963A1F" w:rsidRDefault="00000000" w:rsidP="00B56D1D">
      <w:pPr>
        <w:spacing w:after="20" w:line="276" w:lineRule="auto"/>
        <w:ind w:left="216" w:hanging="216"/>
        <w:rPr>
          <w:rFonts w:eastAsia="Aptos" w:cs="Aptos"/>
          <w:sz w:val="20"/>
          <w:szCs w:val="20"/>
        </w:rPr>
      </w:pPr>
      <w:sdt>
        <w:sdtPr>
          <w:rPr>
            <w:rFonts w:eastAsia="Aptos" w:cs="Aptos"/>
            <w:sz w:val="20"/>
            <w:szCs w:val="20"/>
          </w:rPr>
          <w:id w:val="-1419326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721" w:rsidRPr="00963A1F">
            <w:rPr>
              <w:rFonts w:ascii="MS Gothic" w:eastAsia="MS Gothic" w:hAnsi="MS Gothic" w:cs="Aptos" w:hint="eastAsia"/>
              <w:sz w:val="20"/>
              <w:szCs w:val="20"/>
            </w:rPr>
            <w:t>☐</w:t>
          </w:r>
        </w:sdtContent>
      </w:sdt>
      <w:r w:rsidR="00582721" w:rsidRPr="00963A1F">
        <w:rPr>
          <w:rFonts w:eastAsia="Aptos" w:cs="Aptos"/>
          <w:sz w:val="20"/>
          <w:szCs w:val="20"/>
        </w:rPr>
        <w:t xml:space="preserve"> I</w:t>
      </w:r>
      <w:r w:rsidR="3B254CBE" w:rsidRPr="00963A1F">
        <w:rPr>
          <w:rFonts w:eastAsia="Aptos" w:cs="Aptos"/>
          <w:sz w:val="20"/>
          <w:szCs w:val="20"/>
        </w:rPr>
        <w:t xml:space="preserve"> am based in Australia.</w:t>
      </w:r>
    </w:p>
    <w:p w14:paraId="73563313" w14:textId="51A62DF4" w:rsidR="007037FE" w:rsidRPr="00963A1F" w:rsidRDefault="00000000" w:rsidP="00B56D1D">
      <w:pPr>
        <w:spacing w:after="20" w:line="276" w:lineRule="auto"/>
        <w:ind w:left="216" w:hanging="216"/>
        <w:rPr>
          <w:rFonts w:eastAsia="Aptos" w:cs="Aptos"/>
          <w:sz w:val="20"/>
          <w:szCs w:val="20"/>
        </w:rPr>
      </w:pPr>
      <w:sdt>
        <w:sdtPr>
          <w:rPr>
            <w:rFonts w:eastAsia="Aptos" w:cs="Aptos"/>
            <w:sz w:val="20"/>
            <w:szCs w:val="20"/>
          </w:rPr>
          <w:id w:val="-1460566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721" w:rsidRPr="00963A1F">
            <w:rPr>
              <w:rFonts w:ascii="MS Gothic" w:eastAsia="MS Gothic" w:hAnsi="MS Gothic" w:cs="Aptos" w:hint="eastAsia"/>
              <w:sz w:val="20"/>
              <w:szCs w:val="20"/>
            </w:rPr>
            <w:t>☐</w:t>
          </w:r>
        </w:sdtContent>
      </w:sdt>
      <w:r w:rsidR="00582721" w:rsidRPr="00963A1F">
        <w:rPr>
          <w:rFonts w:eastAsia="Aptos" w:cs="Aptos"/>
          <w:sz w:val="20"/>
          <w:szCs w:val="20"/>
        </w:rPr>
        <w:t xml:space="preserve"> I</w:t>
      </w:r>
      <w:r w:rsidR="3B254CBE" w:rsidRPr="00963A1F">
        <w:rPr>
          <w:rFonts w:eastAsia="Aptos" w:cs="Aptos"/>
          <w:sz w:val="20"/>
          <w:szCs w:val="20"/>
        </w:rPr>
        <w:t xml:space="preserve"> am an independent investigator with demonstrated scientific leadership, at a minimum equivalent to Level C or Senior Lecturer.</w:t>
      </w:r>
    </w:p>
    <w:p w14:paraId="52EA5AE9" w14:textId="412986A4" w:rsidR="007037FE" w:rsidRPr="00963A1F" w:rsidRDefault="00000000" w:rsidP="00B56D1D">
      <w:pPr>
        <w:spacing w:after="20" w:line="276" w:lineRule="auto"/>
        <w:ind w:left="216" w:hanging="216"/>
        <w:rPr>
          <w:rFonts w:eastAsia="Aptos" w:cs="Aptos"/>
          <w:sz w:val="20"/>
          <w:szCs w:val="20"/>
        </w:rPr>
      </w:pPr>
      <w:sdt>
        <w:sdtPr>
          <w:rPr>
            <w:rFonts w:eastAsia="Aptos" w:cs="Aptos"/>
            <w:sz w:val="20"/>
            <w:szCs w:val="20"/>
          </w:rPr>
          <w:id w:val="-519471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721" w:rsidRPr="00963A1F">
            <w:rPr>
              <w:rFonts w:ascii="MS Gothic" w:eastAsia="MS Gothic" w:hAnsi="MS Gothic" w:cs="Aptos" w:hint="eastAsia"/>
              <w:sz w:val="20"/>
              <w:szCs w:val="20"/>
            </w:rPr>
            <w:t>☐</w:t>
          </w:r>
        </w:sdtContent>
      </w:sdt>
      <w:r w:rsidR="00582721" w:rsidRPr="00963A1F">
        <w:rPr>
          <w:rFonts w:eastAsia="Aptos" w:cs="Aptos"/>
          <w:sz w:val="20"/>
          <w:szCs w:val="20"/>
        </w:rPr>
        <w:t xml:space="preserve"> I</w:t>
      </w:r>
      <w:r w:rsidR="3B254CBE" w:rsidRPr="00963A1F">
        <w:rPr>
          <w:rFonts w:eastAsia="Aptos" w:cs="Aptos"/>
          <w:sz w:val="20"/>
          <w:szCs w:val="20"/>
        </w:rPr>
        <w:t xml:space="preserve"> am </w:t>
      </w:r>
      <w:r w:rsidR="00582721" w:rsidRPr="00963A1F">
        <w:rPr>
          <w:rFonts w:eastAsia="Aptos" w:cs="Aptos"/>
          <w:sz w:val="20"/>
          <w:szCs w:val="20"/>
        </w:rPr>
        <w:t>named</w:t>
      </w:r>
      <w:r w:rsidR="3B254CBE" w:rsidRPr="00963A1F">
        <w:rPr>
          <w:rFonts w:eastAsia="Aptos" w:cs="Aptos"/>
          <w:sz w:val="20"/>
          <w:szCs w:val="20"/>
        </w:rPr>
        <w:t xml:space="preserve"> Lead Applicant on one application only.</w:t>
      </w:r>
    </w:p>
    <w:p w14:paraId="310847E7" w14:textId="01A84529" w:rsidR="007037FE" w:rsidRPr="00963A1F" w:rsidRDefault="00000000" w:rsidP="00B56D1D">
      <w:pPr>
        <w:spacing w:after="20" w:line="276" w:lineRule="auto"/>
        <w:ind w:left="216" w:hanging="216"/>
        <w:rPr>
          <w:rFonts w:eastAsia="Aptos" w:cs="Aptos"/>
          <w:sz w:val="20"/>
          <w:szCs w:val="20"/>
        </w:rPr>
      </w:pPr>
      <w:sdt>
        <w:sdtPr>
          <w:rPr>
            <w:rFonts w:eastAsia="Aptos" w:cs="Aptos"/>
            <w:sz w:val="20"/>
            <w:szCs w:val="20"/>
          </w:rPr>
          <w:id w:val="1476340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2721" w:rsidRPr="00963A1F">
            <w:rPr>
              <w:rFonts w:ascii="MS Gothic" w:eastAsia="MS Gothic" w:hAnsi="MS Gothic" w:cs="Aptos" w:hint="eastAsia"/>
              <w:sz w:val="20"/>
              <w:szCs w:val="20"/>
            </w:rPr>
            <w:t>☐</w:t>
          </w:r>
        </w:sdtContent>
      </w:sdt>
      <w:r w:rsidR="00582721" w:rsidRPr="00963A1F">
        <w:rPr>
          <w:rFonts w:eastAsia="Aptos" w:cs="Aptos"/>
          <w:sz w:val="20"/>
          <w:szCs w:val="20"/>
        </w:rPr>
        <w:t xml:space="preserve"> The</w:t>
      </w:r>
      <w:r w:rsidR="3B254CBE" w:rsidRPr="00963A1F">
        <w:rPr>
          <w:rFonts w:eastAsia="Aptos" w:cs="Aptos"/>
          <w:sz w:val="20"/>
          <w:szCs w:val="20"/>
        </w:rPr>
        <w:t xml:space="preserve"> application is being submitted through an Australian university or Medical Research Institute.</w:t>
      </w:r>
    </w:p>
    <w:p w14:paraId="02EB378F" w14:textId="77777777" w:rsidR="007037FE" w:rsidRPr="00963A1F" w:rsidRDefault="007037FE" w:rsidP="00B56D1D">
      <w:pPr>
        <w:sectPr w:rsidR="007037FE" w:rsidRPr="00963A1F">
          <w:headerReference w:type="default" r:id="rId8"/>
          <w:footerReference w:type="default" r:id="rId9"/>
          <w:pgSz w:w="12240" w:h="15840"/>
          <w:pgMar w:top="749" w:right="893" w:bottom="749" w:left="893" w:header="317" w:footer="360" w:gutter="0"/>
          <w:cols w:space="720"/>
          <w:docGrid w:linePitch="360"/>
        </w:sectPr>
      </w:pPr>
    </w:p>
    <w:p w14:paraId="5F782650" w14:textId="77777777" w:rsidR="007037FE" w:rsidRPr="00963A1F" w:rsidRDefault="3B254CBE" w:rsidP="00B56D1D">
      <w:pPr>
        <w:pStyle w:val="Title"/>
        <w:rPr>
          <w:rFonts w:ascii="Aptos" w:eastAsia="Aptos" w:hAnsi="Aptos" w:cs="Aptos"/>
          <w:color w:val="546070"/>
        </w:rPr>
      </w:pPr>
      <w:r w:rsidRPr="00963A1F">
        <w:rPr>
          <w:rFonts w:ascii="Aptos" w:eastAsia="Aptos" w:hAnsi="Aptos" w:cs="Aptos"/>
          <w:color w:val="546070"/>
        </w:rPr>
        <w:lastRenderedPageBreak/>
        <w:t>Certifications</w:t>
      </w:r>
    </w:p>
    <w:p w14:paraId="3EE6B665" w14:textId="77FC9541" w:rsidR="3B254CBE" w:rsidRPr="00963A1F" w:rsidRDefault="3B254CBE" w:rsidP="00B56D1D">
      <w:pPr>
        <w:pStyle w:val="Subtitle"/>
        <w:rPr>
          <w:rFonts w:ascii="Aptos" w:eastAsia="Aptos" w:hAnsi="Aptos" w:cs="Aptos"/>
        </w:rPr>
      </w:pPr>
    </w:p>
    <w:p w14:paraId="339AB3E1" w14:textId="77777777" w:rsidR="007037FE" w:rsidRPr="00963A1F" w:rsidRDefault="3B254CBE" w:rsidP="00B56D1D">
      <w:pPr>
        <w:pStyle w:val="Subtitle"/>
        <w:rPr>
          <w:rFonts w:ascii="Aptos" w:eastAsia="Aptos" w:hAnsi="Aptos" w:cs="Aptos"/>
          <w:color w:val="546070"/>
        </w:rPr>
      </w:pPr>
      <w:r w:rsidRPr="00963A1F">
        <w:rPr>
          <w:rFonts w:ascii="Aptos" w:eastAsia="Aptos" w:hAnsi="Aptos" w:cs="Aptos"/>
          <w:color w:val="546070"/>
        </w:rPr>
        <w:t>Expression of Interest Application Form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54"/>
      </w:tblGrid>
      <w:tr w:rsidR="007037FE" w:rsidRPr="00963A1F" w14:paraId="4646C67A" w14:textId="77777777" w:rsidTr="3B254CBE">
        <w:trPr>
          <w:jc w:val="center"/>
        </w:trPr>
        <w:tc>
          <w:tcPr>
            <w:tcW w:w="10454" w:type="dxa"/>
            <w:shd w:val="clear" w:color="auto" w:fill="007D93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269AC7A3" w14:textId="77777777" w:rsidR="007037FE" w:rsidRPr="00963A1F" w:rsidRDefault="3B254CBE" w:rsidP="00B56D1D">
            <w:pPr>
              <w:spacing w:after="0"/>
              <w:rPr>
                <w:rFonts w:eastAsia="Aptos" w:cs="Aptos"/>
                <w:b/>
                <w:bCs/>
                <w:color w:val="FFFFFF" w:themeColor="background1"/>
                <w:sz w:val="21"/>
                <w:szCs w:val="21"/>
              </w:rPr>
            </w:pPr>
            <w:r w:rsidRPr="00963A1F">
              <w:rPr>
                <w:rFonts w:eastAsia="Aptos" w:cs="Aptos"/>
                <w:b/>
                <w:bCs/>
                <w:color w:val="FFFFFF"/>
                <w:sz w:val="21"/>
                <w:szCs w:val="21"/>
              </w:rPr>
              <w:t>D. Applicant certification</w:t>
            </w:r>
          </w:p>
        </w:tc>
      </w:tr>
    </w:tbl>
    <w:p w14:paraId="6A05A809" w14:textId="77777777" w:rsidR="007037FE" w:rsidRPr="00963A1F" w:rsidRDefault="007037FE" w:rsidP="00B56D1D">
      <w:pPr>
        <w:spacing w:after="0" w:line="48" w:lineRule="auto"/>
        <w:rPr>
          <w:rFonts w:eastAsia="Aptos" w:cs="Aptos"/>
        </w:rPr>
      </w:pPr>
    </w:p>
    <w:p w14:paraId="1E4D21FB" w14:textId="6DBB655F" w:rsidR="3B254CBE" w:rsidRPr="00963A1F" w:rsidRDefault="3B254CBE" w:rsidP="00B56D1D">
      <w:pPr>
        <w:rPr>
          <w:rFonts w:eastAsia="Aptos" w:cs="Aptos"/>
          <w:sz w:val="10"/>
          <w:szCs w:val="10"/>
        </w:rPr>
      </w:pPr>
    </w:p>
    <w:p w14:paraId="716AD27B" w14:textId="77777777" w:rsidR="007037FE" w:rsidRPr="00963A1F" w:rsidRDefault="3B254CBE" w:rsidP="00B56D1D">
      <w:pPr>
        <w:spacing w:line="276" w:lineRule="auto"/>
        <w:rPr>
          <w:rFonts w:eastAsia="Aptos" w:cs="Aptos"/>
          <w:sz w:val="20"/>
          <w:szCs w:val="20"/>
        </w:rPr>
      </w:pPr>
      <w:r w:rsidRPr="00963A1F">
        <w:rPr>
          <w:rFonts w:eastAsia="Aptos" w:cs="Aptos"/>
          <w:sz w:val="20"/>
          <w:szCs w:val="20"/>
        </w:rPr>
        <w:t>By signing this form, I certify that:</w:t>
      </w:r>
    </w:p>
    <w:p w14:paraId="0370591B" w14:textId="7D55336B" w:rsidR="007037FE" w:rsidRPr="00963A1F" w:rsidRDefault="3B254CBE" w:rsidP="00B56D1D">
      <w:pPr>
        <w:pStyle w:val="ListParagraph"/>
        <w:numPr>
          <w:ilvl w:val="0"/>
          <w:numId w:val="11"/>
        </w:numPr>
        <w:spacing w:after="40" w:line="276" w:lineRule="auto"/>
        <w:rPr>
          <w:rFonts w:eastAsia="Aptos" w:cs="Aptos"/>
          <w:sz w:val="20"/>
          <w:szCs w:val="20"/>
        </w:rPr>
      </w:pPr>
      <w:r w:rsidRPr="00963A1F">
        <w:rPr>
          <w:rFonts w:eastAsia="Aptos" w:cs="Aptos"/>
          <w:sz w:val="20"/>
          <w:szCs w:val="20"/>
        </w:rPr>
        <w:t>all information in this application is true, accurate and complete;</w:t>
      </w:r>
    </w:p>
    <w:p w14:paraId="73E719ED" w14:textId="0A0DE252" w:rsidR="007037FE" w:rsidRPr="00963A1F" w:rsidRDefault="3B254CBE" w:rsidP="00B56D1D">
      <w:pPr>
        <w:pStyle w:val="ListParagraph"/>
        <w:numPr>
          <w:ilvl w:val="0"/>
          <w:numId w:val="11"/>
        </w:numPr>
        <w:spacing w:after="40" w:line="276" w:lineRule="auto"/>
        <w:rPr>
          <w:rFonts w:eastAsia="Aptos" w:cs="Aptos"/>
          <w:sz w:val="20"/>
          <w:szCs w:val="20"/>
        </w:rPr>
      </w:pPr>
      <w:r w:rsidRPr="00963A1F">
        <w:rPr>
          <w:rFonts w:eastAsia="Aptos" w:cs="Aptos"/>
          <w:sz w:val="20"/>
          <w:szCs w:val="20"/>
        </w:rPr>
        <w:t>I meet the eligibility criteria for this Expression of Interest as specified in the Program Concept Paper and How to Apply instructions;</w:t>
      </w:r>
    </w:p>
    <w:p w14:paraId="42B76DB0" w14:textId="13DC323A" w:rsidR="007037FE" w:rsidRPr="00963A1F" w:rsidRDefault="3B254CBE" w:rsidP="00B56D1D">
      <w:pPr>
        <w:pStyle w:val="ListParagraph"/>
        <w:numPr>
          <w:ilvl w:val="0"/>
          <w:numId w:val="11"/>
        </w:numPr>
        <w:spacing w:after="40" w:line="276" w:lineRule="auto"/>
        <w:rPr>
          <w:rFonts w:eastAsia="Aptos" w:cs="Aptos"/>
          <w:sz w:val="20"/>
          <w:szCs w:val="20"/>
        </w:rPr>
      </w:pPr>
      <w:r w:rsidRPr="00963A1F">
        <w:rPr>
          <w:rFonts w:eastAsia="Aptos" w:cs="Aptos"/>
          <w:sz w:val="20"/>
          <w:szCs w:val="20"/>
        </w:rPr>
        <w:t>I have complied with and agree to the requirements governing this Expression of Interest process;</w:t>
      </w:r>
    </w:p>
    <w:p w14:paraId="5F6758F7" w14:textId="1A007171" w:rsidR="007037FE" w:rsidRPr="00963A1F" w:rsidRDefault="3B254CBE" w:rsidP="00B56D1D">
      <w:pPr>
        <w:pStyle w:val="ListParagraph"/>
        <w:numPr>
          <w:ilvl w:val="0"/>
          <w:numId w:val="11"/>
        </w:numPr>
        <w:spacing w:after="40" w:line="276" w:lineRule="auto"/>
        <w:rPr>
          <w:rFonts w:eastAsia="Aptos" w:cs="Aptos"/>
          <w:sz w:val="20"/>
          <w:szCs w:val="20"/>
        </w:rPr>
      </w:pPr>
      <w:r w:rsidRPr="00963A1F">
        <w:rPr>
          <w:rFonts w:eastAsia="Aptos" w:cs="Aptos"/>
          <w:sz w:val="20"/>
          <w:szCs w:val="20"/>
        </w:rPr>
        <w:t>there are no allegations of research misconduct currently being investigated against me, and no allegations of research misconduct have previously been upheld against me;</w:t>
      </w:r>
    </w:p>
    <w:p w14:paraId="2835520D" w14:textId="57B0CC82" w:rsidR="007037FE" w:rsidRPr="00963A1F" w:rsidRDefault="3B254CBE" w:rsidP="00B56D1D">
      <w:pPr>
        <w:pStyle w:val="ListParagraph"/>
        <w:numPr>
          <w:ilvl w:val="0"/>
          <w:numId w:val="11"/>
        </w:numPr>
        <w:spacing w:after="40" w:line="276" w:lineRule="auto"/>
        <w:rPr>
          <w:rFonts w:eastAsia="Aptos" w:cs="Aptos"/>
          <w:sz w:val="20"/>
          <w:szCs w:val="20"/>
        </w:rPr>
      </w:pPr>
      <w:r w:rsidRPr="00963A1F">
        <w:rPr>
          <w:rFonts w:eastAsia="Aptos" w:cs="Aptos"/>
          <w:sz w:val="20"/>
          <w:szCs w:val="20"/>
        </w:rPr>
        <w:t>there are no allegations of bullying or harassment currently being investigated against me, and no allegations of bullying or harassment have previously been upheld against me;</w:t>
      </w:r>
    </w:p>
    <w:p w14:paraId="59A3586E" w14:textId="511E8371" w:rsidR="007037FE" w:rsidRPr="00963A1F" w:rsidRDefault="3B254CBE" w:rsidP="00B56D1D">
      <w:pPr>
        <w:pStyle w:val="ListParagraph"/>
        <w:numPr>
          <w:ilvl w:val="0"/>
          <w:numId w:val="11"/>
        </w:numPr>
        <w:spacing w:after="40" w:line="276" w:lineRule="auto"/>
        <w:rPr>
          <w:rFonts w:eastAsia="Aptos" w:cs="Aptos"/>
          <w:sz w:val="20"/>
          <w:szCs w:val="20"/>
        </w:rPr>
      </w:pPr>
      <w:r w:rsidRPr="00963A1F">
        <w:rPr>
          <w:rFonts w:eastAsia="Aptos" w:cs="Aptos"/>
          <w:sz w:val="20"/>
          <w:szCs w:val="20"/>
        </w:rPr>
        <w:t>to the best of my knowledge, no unmanaged conflicts of interest exist in connection with this application or the proposed research. If a conflict arises, I will immediately report it to my administering institution and Snow Medical;</w:t>
      </w:r>
    </w:p>
    <w:p w14:paraId="5C09C27C" w14:textId="29C3D17F" w:rsidR="007037FE" w:rsidRPr="00963A1F" w:rsidRDefault="3B254CBE" w:rsidP="00B56D1D">
      <w:pPr>
        <w:pStyle w:val="ListParagraph"/>
        <w:numPr>
          <w:ilvl w:val="0"/>
          <w:numId w:val="11"/>
        </w:numPr>
        <w:spacing w:after="40" w:line="276" w:lineRule="auto"/>
        <w:rPr>
          <w:rFonts w:eastAsia="Aptos" w:cs="Aptos"/>
          <w:sz w:val="20"/>
          <w:szCs w:val="20"/>
        </w:rPr>
      </w:pPr>
      <w:r w:rsidRPr="00963A1F">
        <w:rPr>
          <w:rFonts w:eastAsia="Aptos" w:cs="Aptos"/>
          <w:sz w:val="20"/>
          <w:szCs w:val="20"/>
        </w:rPr>
        <w:t>I will promptly notify Snow Medical of any change in circumstances that may affect my eligibility for, or participation in, the program that is the subject of this application; and</w:t>
      </w:r>
    </w:p>
    <w:p w14:paraId="6449D8B4" w14:textId="523004BE" w:rsidR="007037FE" w:rsidRPr="00963A1F" w:rsidRDefault="3B254CBE" w:rsidP="00B56D1D">
      <w:pPr>
        <w:pStyle w:val="ListParagraph"/>
        <w:numPr>
          <w:ilvl w:val="0"/>
          <w:numId w:val="11"/>
        </w:numPr>
        <w:spacing w:after="40" w:line="276" w:lineRule="auto"/>
        <w:rPr>
          <w:rFonts w:eastAsia="Aptos" w:cs="Aptos"/>
          <w:sz w:val="20"/>
          <w:szCs w:val="20"/>
        </w:rPr>
      </w:pPr>
      <w:r w:rsidRPr="00963A1F">
        <w:rPr>
          <w:rFonts w:eastAsia="Aptos" w:cs="Aptos"/>
          <w:sz w:val="20"/>
          <w:szCs w:val="20"/>
        </w:rPr>
        <w:t>I have read and understood Snow Medical’s Privacy Policy and consent to my personal information being disclosed to overseas entities, organisations or individuals where required for assessment of this application.</w:t>
      </w:r>
    </w:p>
    <w:p w14:paraId="124ACBF2" w14:textId="77777777" w:rsidR="00E616B2" w:rsidRPr="00963A1F" w:rsidRDefault="00E616B2" w:rsidP="00B56D1D">
      <w:pPr>
        <w:spacing w:after="40"/>
        <w:ind w:left="259" w:hanging="259"/>
        <w:rPr>
          <w:rFonts w:eastAsia="Aptos" w:cs="Aptos"/>
          <w:sz w:val="10"/>
          <w:szCs w:val="10"/>
        </w:rPr>
      </w:pPr>
    </w:p>
    <w:tbl>
      <w:tblPr>
        <w:tblW w:w="4923" w:type="pct"/>
        <w:tblInd w:w="100" w:type="dxa"/>
        <w:tblBorders>
          <w:top w:val="single" w:sz="5" w:space="0" w:color="C8D1DC"/>
          <w:left w:val="single" w:sz="5" w:space="0" w:color="C8D1DC"/>
          <w:bottom w:val="single" w:sz="5" w:space="0" w:color="C8D1DC"/>
          <w:right w:val="single" w:sz="5" w:space="0" w:color="C8D1DC"/>
          <w:insideH w:val="single" w:sz="5" w:space="0" w:color="C8D1DC"/>
          <w:insideV w:val="single" w:sz="5" w:space="0" w:color="C8D1DC"/>
        </w:tblBorders>
        <w:tblLook w:val="04A0" w:firstRow="1" w:lastRow="0" w:firstColumn="1" w:lastColumn="0" w:noHBand="0" w:noVBand="1"/>
      </w:tblPr>
      <w:tblGrid>
        <w:gridCol w:w="3380"/>
        <w:gridCol w:w="3477"/>
        <w:gridCol w:w="3424"/>
      </w:tblGrid>
      <w:tr w:rsidR="007037FE" w:rsidRPr="00963A1F" w14:paraId="5A39BBE3" w14:textId="77777777" w:rsidTr="00963A1F">
        <w:tc>
          <w:tcPr>
            <w:tcW w:w="1644" w:type="pct"/>
            <w:tcMar>
              <w:top w:w="180" w:type="dxa"/>
              <w:left w:w="100" w:type="dxa"/>
              <w:bottom w:w="180" w:type="dxa"/>
              <w:right w:w="100" w:type="dxa"/>
            </w:tcMar>
            <w:vAlign w:val="center"/>
          </w:tcPr>
          <w:p w14:paraId="41C8F396" w14:textId="55296025" w:rsidR="007037FE" w:rsidRPr="00963A1F" w:rsidRDefault="007037FE" w:rsidP="00B56D1D">
            <w:pPr>
              <w:spacing w:after="0"/>
              <w:rPr>
                <w:rFonts w:eastAsia="Aptos" w:cs="Aptos"/>
              </w:rPr>
            </w:pPr>
          </w:p>
        </w:tc>
        <w:tc>
          <w:tcPr>
            <w:tcW w:w="1691" w:type="pct"/>
            <w:tcMar>
              <w:top w:w="180" w:type="dxa"/>
              <w:left w:w="100" w:type="dxa"/>
              <w:bottom w:w="180" w:type="dxa"/>
              <w:right w:w="100" w:type="dxa"/>
            </w:tcMar>
            <w:vAlign w:val="center"/>
          </w:tcPr>
          <w:p w14:paraId="72A3D3EC" w14:textId="77777777" w:rsidR="007037FE" w:rsidRPr="00963A1F" w:rsidRDefault="007037FE" w:rsidP="00B56D1D">
            <w:pPr>
              <w:spacing w:after="0"/>
              <w:rPr>
                <w:rFonts w:eastAsia="Aptos" w:cs="Aptos"/>
              </w:rPr>
            </w:pPr>
          </w:p>
        </w:tc>
        <w:tc>
          <w:tcPr>
            <w:tcW w:w="1665" w:type="pct"/>
            <w:tcMar>
              <w:top w:w="180" w:type="dxa"/>
              <w:left w:w="100" w:type="dxa"/>
              <w:bottom w:w="180" w:type="dxa"/>
              <w:right w:w="100" w:type="dxa"/>
            </w:tcMar>
            <w:vAlign w:val="center"/>
          </w:tcPr>
          <w:p w14:paraId="0D0B940D" w14:textId="77777777" w:rsidR="007037FE" w:rsidRPr="00963A1F" w:rsidRDefault="007037FE" w:rsidP="00B56D1D">
            <w:pPr>
              <w:spacing w:after="0"/>
              <w:rPr>
                <w:rFonts w:eastAsia="Aptos" w:cs="Aptos"/>
              </w:rPr>
            </w:pPr>
          </w:p>
        </w:tc>
      </w:tr>
      <w:tr w:rsidR="007037FE" w:rsidRPr="00963A1F" w14:paraId="0D434B7F" w14:textId="77777777" w:rsidTr="00963A1F">
        <w:tc>
          <w:tcPr>
            <w:tcW w:w="1644" w:type="pct"/>
            <w:shd w:val="clear" w:color="auto" w:fill="F4F6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090706" w14:textId="77777777" w:rsidR="007037FE" w:rsidRPr="00963A1F" w:rsidRDefault="3B254CBE" w:rsidP="00B56D1D">
            <w:pPr>
              <w:spacing w:after="0"/>
              <w:rPr>
                <w:rFonts w:eastAsia="Aptos" w:cs="Aptos"/>
                <w:b/>
                <w:bCs/>
                <w:color w:val="2F5D9B"/>
                <w:sz w:val="16"/>
                <w:szCs w:val="16"/>
              </w:rPr>
            </w:pPr>
            <w:r w:rsidRPr="00963A1F">
              <w:rPr>
                <w:rFonts w:eastAsia="Aptos" w:cs="Aptos"/>
                <w:b/>
                <w:bCs/>
                <w:color w:val="2F5D9B"/>
                <w:sz w:val="16"/>
                <w:szCs w:val="16"/>
              </w:rPr>
              <w:t>Lead Applicant signature</w:t>
            </w:r>
          </w:p>
        </w:tc>
        <w:tc>
          <w:tcPr>
            <w:tcW w:w="1691" w:type="pct"/>
            <w:shd w:val="clear" w:color="auto" w:fill="F4F6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EA0C0F" w14:textId="77777777" w:rsidR="007037FE" w:rsidRPr="00963A1F" w:rsidRDefault="3B254CBE" w:rsidP="00B56D1D">
            <w:pPr>
              <w:spacing w:after="0"/>
              <w:rPr>
                <w:rFonts w:eastAsia="Aptos" w:cs="Aptos"/>
                <w:b/>
                <w:bCs/>
                <w:color w:val="2F5D9B"/>
                <w:sz w:val="16"/>
                <w:szCs w:val="16"/>
              </w:rPr>
            </w:pPr>
            <w:r w:rsidRPr="00963A1F">
              <w:rPr>
                <w:rFonts w:eastAsia="Aptos" w:cs="Aptos"/>
                <w:b/>
                <w:bCs/>
                <w:color w:val="2F5D9B"/>
                <w:sz w:val="16"/>
                <w:szCs w:val="16"/>
              </w:rPr>
              <w:t>Printed name</w:t>
            </w:r>
          </w:p>
        </w:tc>
        <w:tc>
          <w:tcPr>
            <w:tcW w:w="1665" w:type="pct"/>
            <w:shd w:val="clear" w:color="auto" w:fill="F4F6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1072FA" w14:textId="77777777" w:rsidR="007037FE" w:rsidRPr="00963A1F" w:rsidRDefault="3B254CBE" w:rsidP="00B56D1D">
            <w:pPr>
              <w:spacing w:after="0"/>
              <w:rPr>
                <w:rFonts w:eastAsia="Aptos" w:cs="Aptos"/>
                <w:b/>
                <w:bCs/>
                <w:color w:val="2F5D9B"/>
                <w:sz w:val="16"/>
                <w:szCs w:val="16"/>
              </w:rPr>
            </w:pPr>
            <w:r w:rsidRPr="00963A1F">
              <w:rPr>
                <w:rFonts w:eastAsia="Aptos" w:cs="Aptos"/>
                <w:b/>
                <w:bCs/>
                <w:color w:val="2F5D9B"/>
                <w:sz w:val="16"/>
                <w:szCs w:val="16"/>
              </w:rPr>
              <w:t>Date</w:t>
            </w:r>
          </w:p>
        </w:tc>
      </w:tr>
    </w:tbl>
    <w:p w14:paraId="0E27B00A" w14:textId="77777777" w:rsidR="007037FE" w:rsidRPr="00963A1F" w:rsidRDefault="007037FE" w:rsidP="00B56D1D">
      <w:pPr>
        <w:spacing w:after="0" w:line="48" w:lineRule="auto"/>
        <w:rPr>
          <w:rFonts w:eastAsia="Aptos" w:cs="Aptos"/>
        </w:rPr>
      </w:pPr>
    </w:p>
    <w:p w14:paraId="4EEAF990" w14:textId="112A7400" w:rsidR="3B254CBE" w:rsidRPr="00963A1F" w:rsidRDefault="3B254CBE" w:rsidP="00B56D1D">
      <w:pPr>
        <w:rPr>
          <w:rFonts w:eastAsia="Aptos" w:cs="Aptos"/>
          <w:sz w:val="10"/>
          <w:szCs w:val="1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54"/>
      </w:tblGrid>
      <w:tr w:rsidR="00E616B2" w:rsidRPr="00963A1F" w14:paraId="6748D51A" w14:textId="77777777" w:rsidTr="006B7D30">
        <w:trPr>
          <w:jc w:val="center"/>
        </w:trPr>
        <w:tc>
          <w:tcPr>
            <w:tcW w:w="10454" w:type="dxa"/>
            <w:shd w:val="clear" w:color="auto" w:fill="007D93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0C8F0F40" w14:textId="4C21FF92" w:rsidR="00E616B2" w:rsidRPr="00963A1F" w:rsidRDefault="00E616B2" w:rsidP="00B56D1D">
            <w:pPr>
              <w:spacing w:after="0"/>
              <w:rPr>
                <w:rFonts w:eastAsia="Aptos" w:cs="Aptos"/>
                <w:b/>
                <w:bCs/>
                <w:color w:val="FFFFFF" w:themeColor="background1"/>
                <w:sz w:val="21"/>
                <w:szCs w:val="21"/>
              </w:rPr>
            </w:pPr>
            <w:r w:rsidRPr="00963A1F">
              <w:rPr>
                <w:rFonts w:eastAsia="Aptos" w:cs="Aptos"/>
                <w:b/>
                <w:bCs/>
                <w:color w:val="FFFFFF"/>
                <w:sz w:val="21"/>
                <w:szCs w:val="21"/>
              </w:rPr>
              <w:t>E. Host organisation certification</w:t>
            </w:r>
          </w:p>
        </w:tc>
      </w:tr>
    </w:tbl>
    <w:p w14:paraId="4DD3E1B6" w14:textId="77777777" w:rsidR="00E616B2" w:rsidRPr="00963A1F" w:rsidRDefault="00E616B2" w:rsidP="00B56D1D">
      <w:pPr>
        <w:rPr>
          <w:rFonts w:eastAsia="Aptos" w:cs="Aptos"/>
          <w:sz w:val="10"/>
          <w:szCs w:val="10"/>
        </w:rPr>
      </w:pPr>
    </w:p>
    <w:p w14:paraId="522CA5EE" w14:textId="77777777" w:rsidR="007037FE" w:rsidRPr="00963A1F" w:rsidRDefault="3B254CBE" w:rsidP="00B56D1D">
      <w:pPr>
        <w:spacing w:line="276" w:lineRule="auto"/>
        <w:rPr>
          <w:rFonts w:eastAsia="Aptos" w:cs="Aptos"/>
          <w:sz w:val="20"/>
          <w:szCs w:val="20"/>
        </w:rPr>
      </w:pPr>
      <w:r w:rsidRPr="00963A1F">
        <w:rPr>
          <w:rFonts w:eastAsia="Aptos" w:cs="Aptos"/>
          <w:sz w:val="20"/>
          <w:szCs w:val="20"/>
        </w:rPr>
        <w:t>The authorised representative of the administering institution certifies that:</w:t>
      </w:r>
    </w:p>
    <w:p w14:paraId="02A6D9F7" w14:textId="04FC1F8C" w:rsidR="007037FE" w:rsidRPr="00963A1F" w:rsidRDefault="00000000" w:rsidP="00B56D1D">
      <w:pPr>
        <w:spacing w:after="20" w:line="276" w:lineRule="auto"/>
        <w:ind w:left="216" w:hanging="216"/>
        <w:rPr>
          <w:rFonts w:eastAsia="Aptos" w:cs="Aptos"/>
          <w:sz w:val="20"/>
          <w:szCs w:val="20"/>
        </w:rPr>
      </w:pPr>
      <w:sdt>
        <w:sdtPr>
          <w:rPr>
            <w:rFonts w:eastAsia="Aptos" w:cs="Aptos"/>
            <w:sz w:val="20"/>
            <w:szCs w:val="20"/>
          </w:rPr>
          <w:id w:val="1350216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9EA" w:rsidRPr="00963A1F">
            <w:rPr>
              <w:rFonts w:ascii="MS Gothic" w:eastAsia="MS Gothic" w:hAnsi="MS Gothic" w:cs="Aptos" w:hint="eastAsia"/>
              <w:sz w:val="20"/>
              <w:szCs w:val="20"/>
            </w:rPr>
            <w:t>☐</w:t>
          </w:r>
        </w:sdtContent>
      </w:sdt>
      <w:r w:rsidR="006B29EA" w:rsidRPr="00963A1F">
        <w:rPr>
          <w:rFonts w:eastAsia="Aptos" w:cs="Aptos"/>
          <w:sz w:val="20"/>
          <w:szCs w:val="20"/>
        </w:rPr>
        <w:t xml:space="preserve"> the</w:t>
      </w:r>
      <w:r w:rsidR="3B254CBE" w:rsidRPr="00963A1F">
        <w:rPr>
          <w:rFonts w:eastAsia="Aptos" w:cs="Aptos"/>
          <w:sz w:val="20"/>
          <w:szCs w:val="20"/>
        </w:rPr>
        <w:t xml:space="preserve"> institution supports submission of this Expression of Interest;</w:t>
      </w:r>
    </w:p>
    <w:p w14:paraId="6D7A88C7" w14:textId="34E2670E" w:rsidR="007037FE" w:rsidRPr="00963A1F" w:rsidRDefault="00000000" w:rsidP="00B56D1D">
      <w:pPr>
        <w:spacing w:after="20" w:line="276" w:lineRule="auto"/>
        <w:ind w:left="216" w:hanging="216"/>
        <w:rPr>
          <w:rFonts w:eastAsia="Aptos" w:cs="Aptos"/>
          <w:sz w:val="20"/>
          <w:szCs w:val="20"/>
        </w:rPr>
      </w:pPr>
      <w:sdt>
        <w:sdtPr>
          <w:rPr>
            <w:rFonts w:eastAsia="Aptos" w:cs="Aptos"/>
            <w:sz w:val="20"/>
            <w:szCs w:val="20"/>
          </w:rPr>
          <w:id w:val="-1752039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9EA" w:rsidRPr="00963A1F">
            <w:rPr>
              <w:rFonts w:ascii="MS Gothic" w:eastAsia="MS Gothic" w:hAnsi="MS Gothic" w:cs="Aptos" w:hint="eastAsia"/>
              <w:sz w:val="20"/>
              <w:szCs w:val="20"/>
            </w:rPr>
            <w:t>☐</w:t>
          </w:r>
        </w:sdtContent>
      </w:sdt>
      <w:r w:rsidR="006B29EA" w:rsidRPr="00963A1F">
        <w:rPr>
          <w:rFonts w:eastAsia="Aptos" w:cs="Aptos"/>
          <w:sz w:val="20"/>
          <w:szCs w:val="20"/>
        </w:rPr>
        <w:t xml:space="preserve"> the</w:t>
      </w:r>
      <w:r w:rsidR="3B254CBE" w:rsidRPr="00963A1F">
        <w:rPr>
          <w:rFonts w:eastAsia="Aptos" w:cs="Aptos"/>
          <w:sz w:val="20"/>
          <w:szCs w:val="20"/>
        </w:rPr>
        <w:t xml:space="preserve"> institution has reviewed the application for compliance with its internal requirements;</w:t>
      </w:r>
    </w:p>
    <w:p w14:paraId="5B37BE1C" w14:textId="60EC0369" w:rsidR="007037FE" w:rsidRPr="00963A1F" w:rsidRDefault="00000000" w:rsidP="00B56D1D">
      <w:pPr>
        <w:spacing w:after="20" w:line="276" w:lineRule="auto"/>
        <w:ind w:left="216" w:hanging="216"/>
        <w:rPr>
          <w:rFonts w:eastAsia="Aptos" w:cs="Aptos"/>
          <w:sz w:val="20"/>
          <w:szCs w:val="20"/>
        </w:rPr>
      </w:pPr>
      <w:sdt>
        <w:sdtPr>
          <w:rPr>
            <w:rFonts w:eastAsia="Aptos" w:cs="Aptos"/>
            <w:sz w:val="20"/>
            <w:szCs w:val="20"/>
          </w:rPr>
          <w:id w:val="1232811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9EA" w:rsidRPr="00963A1F">
            <w:rPr>
              <w:rFonts w:ascii="MS Gothic" w:eastAsia="MS Gothic" w:hAnsi="MS Gothic" w:cs="Aptos" w:hint="eastAsia"/>
              <w:sz w:val="20"/>
              <w:szCs w:val="20"/>
            </w:rPr>
            <w:t>☐</w:t>
          </w:r>
        </w:sdtContent>
      </w:sdt>
      <w:r w:rsidR="006B29EA" w:rsidRPr="00963A1F">
        <w:rPr>
          <w:rFonts w:eastAsia="Aptos" w:cs="Aptos"/>
          <w:sz w:val="20"/>
          <w:szCs w:val="20"/>
        </w:rPr>
        <w:t xml:space="preserve"> the</w:t>
      </w:r>
      <w:r w:rsidR="3B254CBE" w:rsidRPr="00963A1F">
        <w:rPr>
          <w:rFonts w:eastAsia="Aptos" w:cs="Aptos"/>
          <w:sz w:val="20"/>
          <w:szCs w:val="20"/>
        </w:rPr>
        <w:t xml:space="preserve"> Lead Applicant holds, or is expected to hold, an appropriate appointment for the proposed program; and</w:t>
      </w:r>
    </w:p>
    <w:p w14:paraId="16E5DE3C" w14:textId="39E48D01" w:rsidR="007037FE" w:rsidRPr="00963A1F" w:rsidRDefault="00000000" w:rsidP="00B56D1D">
      <w:pPr>
        <w:spacing w:after="20" w:line="276" w:lineRule="auto"/>
        <w:ind w:left="216" w:hanging="216"/>
        <w:rPr>
          <w:rFonts w:eastAsia="Aptos" w:cs="Aptos"/>
          <w:sz w:val="20"/>
          <w:szCs w:val="20"/>
        </w:rPr>
      </w:pPr>
      <w:sdt>
        <w:sdtPr>
          <w:rPr>
            <w:rFonts w:eastAsia="Aptos" w:cs="Aptos"/>
            <w:sz w:val="20"/>
            <w:szCs w:val="20"/>
          </w:rPr>
          <w:id w:val="-858115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9EA" w:rsidRPr="00963A1F">
            <w:rPr>
              <w:rFonts w:ascii="MS Gothic" w:eastAsia="MS Gothic" w:hAnsi="MS Gothic" w:cs="Aptos" w:hint="eastAsia"/>
              <w:sz w:val="20"/>
              <w:szCs w:val="20"/>
            </w:rPr>
            <w:t>☐</w:t>
          </w:r>
        </w:sdtContent>
      </w:sdt>
      <w:r w:rsidR="006B29EA" w:rsidRPr="00963A1F">
        <w:rPr>
          <w:rFonts w:eastAsia="Aptos" w:cs="Aptos"/>
          <w:sz w:val="20"/>
          <w:szCs w:val="20"/>
        </w:rPr>
        <w:t xml:space="preserve"> the</w:t>
      </w:r>
      <w:r w:rsidR="3B254CBE" w:rsidRPr="00963A1F">
        <w:rPr>
          <w:rFonts w:eastAsia="Aptos" w:cs="Aptos"/>
          <w:sz w:val="20"/>
          <w:szCs w:val="20"/>
        </w:rPr>
        <w:t xml:space="preserve"> institution will notify Snow Medical of any matter known to it that may materially affect the applicant’s eligibility or the integrity of the application.</w:t>
      </w:r>
    </w:p>
    <w:p w14:paraId="7CCDD258" w14:textId="77777777" w:rsidR="00E616B2" w:rsidRPr="00963A1F" w:rsidRDefault="00E616B2" w:rsidP="00B56D1D">
      <w:pPr>
        <w:spacing w:after="20"/>
        <w:ind w:left="216" w:hanging="216"/>
        <w:rPr>
          <w:rFonts w:eastAsia="Aptos" w:cs="Aptos"/>
          <w:sz w:val="10"/>
          <w:szCs w:val="10"/>
        </w:rPr>
      </w:pPr>
    </w:p>
    <w:tbl>
      <w:tblPr>
        <w:tblW w:w="0" w:type="auto"/>
        <w:jc w:val="center"/>
        <w:tblBorders>
          <w:top w:val="single" w:sz="5" w:space="0" w:color="C8D1DC"/>
          <w:left w:val="single" w:sz="5" w:space="0" w:color="C8D1DC"/>
          <w:bottom w:val="single" w:sz="5" w:space="0" w:color="C8D1DC"/>
          <w:right w:val="single" w:sz="5" w:space="0" w:color="C8D1DC"/>
          <w:insideH w:val="single" w:sz="5" w:space="0" w:color="C8D1DC"/>
          <w:insideV w:val="single" w:sz="5" w:space="0" w:color="C8D1DC"/>
        </w:tblBorders>
        <w:tblLayout w:type="fixed"/>
        <w:tblLook w:val="04A0" w:firstRow="1" w:lastRow="0" w:firstColumn="1" w:lastColumn="0" w:noHBand="0" w:noVBand="1"/>
      </w:tblPr>
      <w:tblGrid>
        <w:gridCol w:w="5350"/>
        <w:gridCol w:w="5178"/>
      </w:tblGrid>
      <w:tr w:rsidR="007037FE" w:rsidRPr="00963A1F" w14:paraId="3F18DADF" w14:textId="77777777" w:rsidTr="00D30E0B">
        <w:trPr>
          <w:cantSplit/>
          <w:jc w:val="center"/>
        </w:trPr>
        <w:tc>
          <w:tcPr>
            <w:tcW w:w="5350" w:type="dxa"/>
            <w:shd w:val="clear" w:color="auto" w:fill="EAF0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5CA59B" w14:textId="77777777" w:rsidR="007037FE" w:rsidRPr="00963A1F" w:rsidRDefault="3B254CBE" w:rsidP="00B56D1D">
            <w:pPr>
              <w:spacing w:after="0"/>
              <w:rPr>
                <w:rFonts w:eastAsia="Aptos" w:cs="Aptos"/>
                <w:b/>
                <w:bCs/>
                <w:color w:val="2F5D9B"/>
                <w:sz w:val="20"/>
                <w:szCs w:val="20"/>
              </w:rPr>
            </w:pPr>
            <w:r w:rsidRPr="00963A1F">
              <w:rPr>
                <w:rFonts w:eastAsia="Aptos" w:cs="Aptos"/>
                <w:b/>
                <w:bCs/>
                <w:color w:val="2F5D9B"/>
                <w:sz w:val="20"/>
                <w:szCs w:val="20"/>
              </w:rPr>
              <w:t>Authorised representative name</w:t>
            </w:r>
          </w:p>
        </w:tc>
        <w:tc>
          <w:tcPr>
            <w:tcW w:w="5178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D91FE6C" w14:textId="100238E8" w:rsidR="007037FE" w:rsidRPr="00963A1F" w:rsidRDefault="007037FE" w:rsidP="00B56D1D">
            <w:pPr>
              <w:spacing w:after="0"/>
              <w:rPr>
                <w:rFonts w:eastAsia="Aptos" w:cs="Aptos"/>
                <w:color w:val="6B7280"/>
                <w:sz w:val="20"/>
                <w:szCs w:val="20"/>
              </w:rPr>
            </w:pPr>
          </w:p>
        </w:tc>
      </w:tr>
      <w:tr w:rsidR="007037FE" w:rsidRPr="00963A1F" w14:paraId="0AEF5C69" w14:textId="77777777" w:rsidTr="00D30E0B">
        <w:trPr>
          <w:cantSplit/>
          <w:jc w:val="center"/>
        </w:trPr>
        <w:tc>
          <w:tcPr>
            <w:tcW w:w="5350" w:type="dxa"/>
            <w:shd w:val="clear" w:color="auto" w:fill="EAF0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EF8972E" w14:textId="77777777" w:rsidR="007037FE" w:rsidRPr="00963A1F" w:rsidRDefault="3B254CBE" w:rsidP="00B56D1D">
            <w:pPr>
              <w:spacing w:after="0"/>
              <w:rPr>
                <w:rFonts w:eastAsia="Aptos" w:cs="Aptos"/>
                <w:b/>
                <w:bCs/>
                <w:color w:val="2F5D9B"/>
                <w:sz w:val="20"/>
                <w:szCs w:val="20"/>
              </w:rPr>
            </w:pPr>
            <w:r w:rsidRPr="00963A1F">
              <w:rPr>
                <w:rFonts w:eastAsia="Aptos" w:cs="Aptos"/>
                <w:b/>
                <w:bCs/>
                <w:color w:val="2F5D9B"/>
                <w:sz w:val="20"/>
                <w:szCs w:val="20"/>
              </w:rPr>
              <w:t>Position</w:t>
            </w:r>
          </w:p>
        </w:tc>
        <w:tc>
          <w:tcPr>
            <w:tcW w:w="5178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72EE5986" w14:textId="404DD214" w:rsidR="007037FE" w:rsidRPr="00963A1F" w:rsidRDefault="007037FE" w:rsidP="00B56D1D">
            <w:pPr>
              <w:spacing w:after="0"/>
              <w:rPr>
                <w:rFonts w:eastAsia="Aptos" w:cs="Aptos"/>
                <w:color w:val="6B7280"/>
                <w:sz w:val="20"/>
                <w:szCs w:val="20"/>
              </w:rPr>
            </w:pPr>
          </w:p>
        </w:tc>
      </w:tr>
      <w:tr w:rsidR="007037FE" w:rsidRPr="00963A1F" w14:paraId="5423A025" w14:textId="77777777" w:rsidTr="00D30E0B">
        <w:trPr>
          <w:cantSplit/>
          <w:jc w:val="center"/>
        </w:trPr>
        <w:tc>
          <w:tcPr>
            <w:tcW w:w="5350" w:type="dxa"/>
            <w:shd w:val="clear" w:color="auto" w:fill="EAF0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E2E9D1" w14:textId="77777777" w:rsidR="007037FE" w:rsidRPr="00963A1F" w:rsidRDefault="3B254CBE" w:rsidP="00B56D1D">
            <w:pPr>
              <w:spacing w:after="0"/>
              <w:rPr>
                <w:rFonts w:eastAsia="Aptos" w:cs="Aptos"/>
                <w:b/>
                <w:bCs/>
                <w:color w:val="2F5D9B"/>
                <w:sz w:val="20"/>
                <w:szCs w:val="20"/>
              </w:rPr>
            </w:pPr>
            <w:r w:rsidRPr="00963A1F">
              <w:rPr>
                <w:rFonts w:eastAsia="Aptos" w:cs="Aptos"/>
                <w:b/>
                <w:bCs/>
                <w:color w:val="2F5D9B"/>
                <w:sz w:val="20"/>
                <w:szCs w:val="20"/>
              </w:rPr>
              <w:t>Host organisation</w:t>
            </w:r>
          </w:p>
        </w:tc>
        <w:tc>
          <w:tcPr>
            <w:tcW w:w="5178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01E0A917" w14:textId="04813325" w:rsidR="007037FE" w:rsidRPr="00963A1F" w:rsidRDefault="007037FE" w:rsidP="00B56D1D">
            <w:pPr>
              <w:spacing w:after="0"/>
              <w:rPr>
                <w:rFonts w:eastAsia="Aptos" w:cs="Aptos"/>
                <w:color w:val="6B7280"/>
                <w:sz w:val="20"/>
                <w:szCs w:val="20"/>
              </w:rPr>
            </w:pPr>
          </w:p>
        </w:tc>
      </w:tr>
      <w:tr w:rsidR="007037FE" w:rsidRPr="00963A1F" w14:paraId="477196F1" w14:textId="77777777" w:rsidTr="00D30E0B">
        <w:trPr>
          <w:cantSplit/>
          <w:jc w:val="center"/>
        </w:trPr>
        <w:tc>
          <w:tcPr>
            <w:tcW w:w="5350" w:type="dxa"/>
            <w:shd w:val="clear" w:color="auto" w:fill="EAF0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E050D8" w14:textId="77777777" w:rsidR="007037FE" w:rsidRPr="00963A1F" w:rsidRDefault="3B254CBE" w:rsidP="00B56D1D">
            <w:pPr>
              <w:spacing w:after="0"/>
              <w:rPr>
                <w:rFonts w:eastAsia="Aptos" w:cs="Aptos"/>
                <w:b/>
                <w:bCs/>
                <w:color w:val="2F5D9B"/>
                <w:sz w:val="20"/>
                <w:szCs w:val="20"/>
              </w:rPr>
            </w:pPr>
            <w:r w:rsidRPr="00963A1F">
              <w:rPr>
                <w:rFonts w:eastAsia="Aptos" w:cs="Aptos"/>
                <w:b/>
                <w:bCs/>
                <w:color w:val="2F5D9B"/>
                <w:sz w:val="20"/>
                <w:szCs w:val="20"/>
              </w:rPr>
              <w:t xml:space="preserve">Host </w:t>
            </w:r>
            <w:proofErr w:type="gramStart"/>
            <w:r w:rsidRPr="00963A1F">
              <w:rPr>
                <w:rFonts w:eastAsia="Aptos" w:cs="Aptos"/>
                <w:b/>
                <w:bCs/>
                <w:color w:val="2F5D9B"/>
                <w:sz w:val="20"/>
                <w:szCs w:val="20"/>
              </w:rPr>
              <w:t>organisation</w:t>
            </w:r>
            <w:proofErr w:type="gramEnd"/>
            <w:r w:rsidRPr="00963A1F">
              <w:rPr>
                <w:rFonts w:eastAsia="Aptos" w:cs="Aptos"/>
                <w:b/>
                <w:bCs/>
                <w:color w:val="2F5D9B"/>
                <w:sz w:val="20"/>
                <w:szCs w:val="20"/>
              </w:rPr>
              <w:t xml:space="preserve"> contact email</w:t>
            </w:r>
          </w:p>
        </w:tc>
        <w:tc>
          <w:tcPr>
            <w:tcW w:w="5178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390AD207" w14:textId="6B93B8CD" w:rsidR="007037FE" w:rsidRPr="00963A1F" w:rsidRDefault="007037FE" w:rsidP="00B56D1D">
            <w:pPr>
              <w:spacing w:after="0"/>
              <w:rPr>
                <w:rFonts w:eastAsia="Aptos" w:cs="Aptos"/>
                <w:color w:val="6B7280"/>
                <w:sz w:val="20"/>
                <w:szCs w:val="20"/>
              </w:rPr>
            </w:pPr>
          </w:p>
        </w:tc>
      </w:tr>
      <w:tr w:rsidR="00D30E0B" w:rsidRPr="00963A1F" w14:paraId="79C621B3" w14:textId="77777777" w:rsidTr="00D30E0B">
        <w:trPr>
          <w:cantSplit/>
          <w:jc w:val="center"/>
        </w:trPr>
        <w:tc>
          <w:tcPr>
            <w:tcW w:w="53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38D85D" w14:textId="77777777" w:rsidR="00D30E0B" w:rsidRPr="00963A1F" w:rsidRDefault="00D30E0B" w:rsidP="00B56D1D">
            <w:pPr>
              <w:spacing w:after="0"/>
              <w:rPr>
                <w:rFonts w:eastAsia="Aptos" w:cs="Aptos"/>
                <w:b/>
                <w:bCs/>
                <w:color w:val="2F5D9B"/>
                <w:sz w:val="20"/>
                <w:szCs w:val="20"/>
              </w:rPr>
            </w:pPr>
          </w:p>
          <w:p w14:paraId="0132C4F5" w14:textId="77777777" w:rsidR="00D30E0B" w:rsidRPr="00963A1F" w:rsidRDefault="00D30E0B" w:rsidP="00B56D1D">
            <w:pPr>
              <w:spacing w:after="0"/>
              <w:rPr>
                <w:rFonts w:eastAsia="Aptos" w:cs="Aptos"/>
                <w:b/>
                <w:bCs/>
                <w:color w:val="2F5D9B"/>
                <w:sz w:val="20"/>
                <w:szCs w:val="20"/>
              </w:rPr>
            </w:pPr>
          </w:p>
        </w:tc>
        <w:tc>
          <w:tcPr>
            <w:tcW w:w="5178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13BAA12E" w14:textId="77777777" w:rsidR="00D30E0B" w:rsidRPr="00963A1F" w:rsidRDefault="00D30E0B" w:rsidP="00B56D1D">
            <w:pPr>
              <w:spacing w:after="0"/>
              <w:rPr>
                <w:rFonts w:eastAsia="Aptos" w:cs="Aptos"/>
                <w:color w:val="6B7280"/>
                <w:sz w:val="20"/>
                <w:szCs w:val="20"/>
              </w:rPr>
            </w:pPr>
          </w:p>
        </w:tc>
      </w:tr>
      <w:tr w:rsidR="00D30E0B" w:rsidRPr="00963A1F" w14:paraId="4CB8BEA2" w14:textId="77777777" w:rsidTr="00D30E0B">
        <w:trPr>
          <w:cantSplit/>
          <w:jc w:val="center"/>
        </w:trPr>
        <w:tc>
          <w:tcPr>
            <w:tcW w:w="5350" w:type="dxa"/>
            <w:shd w:val="clear" w:color="auto" w:fill="EAF0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984578" w14:textId="137B5CD2" w:rsidR="00D30E0B" w:rsidRPr="00963A1F" w:rsidRDefault="00D30E0B" w:rsidP="00D30E0B">
            <w:pPr>
              <w:spacing w:after="0"/>
              <w:rPr>
                <w:rFonts w:eastAsia="Aptos" w:cs="Aptos"/>
                <w:b/>
                <w:bCs/>
                <w:color w:val="2F5D9B"/>
                <w:sz w:val="20"/>
                <w:szCs w:val="20"/>
              </w:rPr>
            </w:pPr>
            <w:r w:rsidRPr="00963A1F">
              <w:rPr>
                <w:rFonts w:eastAsia="Aptos" w:cs="Aptos"/>
                <w:b/>
                <w:bCs/>
                <w:color w:val="2F5D9B"/>
                <w:sz w:val="20"/>
                <w:szCs w:val="20"/>
              </w:rPr>
              <w:t>Authorised representative signature</w:t>
            </w:r>
          </w:p>
        </w:tc>
        <w:tc>
          <w:tcPr>
            <w:tcW w:w="5178" w:type="dxa"/>
            <w:shd w:val="clear" w:color="auto" w:fill="EAF0F7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0AADE862" w14:textId="7EA49FA1" w:rsidR="00D30E0B" w:rsidRPr="00963A1F" w:rsidRDefault="00D30E0B" w:rsidP="00D30E0B">
            <w:pPr>
              <w:spacing w:after="0"/>
              <w:rPr>
                <w:rFonts w:eastAsia="Aptos" w:cs="Aptos"/>
                <w:color w:val="6B7280"/>
                <w:sz w:val="20"/>
                <w:szCs w:val="20"/>
              </w:rPr>
            </w:pPr>
            <w:r w:rsidRPr="00963A1F">
              <w:rPr>
                <w:rFonts w:eastAsia="Aptos" w:cs="Aptos"/>
                <w:b/>
                <w:bCs/>
                <w:color w:val="2F5D9B"/>
                <w:sz w:val="20"/>
                <w:szCs w:val="20"/>
              </w:rPr>
              <w:t>Date</w:t>
            </w:r>
          </w:p>
        </w:tc>
      </w:tr>
    </w:tbl>
    <w:p w14:paraId="4F18260D" w14:textId="77777777" w:rsidR="007037FE" w:rsidRPr="006B29EA" w:rsidRDefault="3B254CBE" w:rsidP="006B29EA">
      <w:pPr>
        <w:spacing w:before="140"/>
        <w:jc w:val="center"/>
        <w:rPr>
          <w:rFonts w:eastAsia="Aptos" w:cs="Aptos"/>
          <w:b/>
          <w:bCs/>
          <w:color w:val="auto"/>
          <w:sz w:val="20"/>
          <w:szCs w:val="20"/>
        </w:rPr>
      </w:pPr>
      <w:r w:rsidRPr="00963A1F">
        <w:rPr>
          <w:rFonts w:eastAsia="Aptos" w:cs="Aptos"/>
          <w:b/>
          <w:bCs/>
          <w:color w:val="auto"/>
          <w:sz w:val="20"/>
          <w:szCs w:val="20"/>
        </w:rPr>
        <w:t xml:space="preserve">Questions: </w:t>
      </w:r>
      <w:r w:rsidRPr="00963A1F">
        <w:rPr>
          <w:rFonts w:eastAsia="Aptos" w:cs="Aptos"/>
          <w:color w:val="auto"/>
          <w:sz w:val="20"/>
          <w:szCs w:val="20"/>
          <w:u w:val="single"/>
        </w:rPr>
        <w:t>info@snowmedical.org.au</w:t>
      </w:r>
    </w:p>
    <w:sectPr w:rsidR="007037FE" w:rsidRPr="006B29EA" w:rsidSect="00034616">
      <w:pgSz w:w="12240" w:h="15840"/>
      <w:pgMar w:top="749" w:right="893" w:bottom="749" w:left="893" w:header="317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7EDF4" w14:textId="77777777" w:rsidR="009132DE" w:rsidRPr="00963A1F" w:rsidRDefault="009132DE">
      <w:pPr>
        <w:spacing w:after="0" w:line="240" w:lineRule="auto"/>
      </w:pPr>
      <w:r w:rsidRPr="00963A1F">
        <w:separator/>
      </w:r>
    </w:p>
  </w:endnote>
  <w:endnote w:type="continuationSeparator" w:id="0">
    <w:p w14:paraId="7EE6D155" w14:textId="77777777" w:rsidR="009132DE" w:rsidRPr="00963A1F" w:rsidRDefault="009132DE">
      <w:pPr>
        <w:spacing w:after="0" w:line="240" w:lineRule="auto"/>
      </w:pPr>
      <w:r w:rsidRPr="00963A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BCAB1" w14:textId="77777777" w:rsidR="00803CDF" w:rsidRPr="00963A1F" w:rsidRDefault="00803CDF">
    <w:pPr>
      <w:pStyle w:val="Footer"/>
      <w:jc w:val="center"/>
    </w:pPr>
    <w:r w:rsidRPr="00963A1F">
      <w:rPr>
        <w:color w:val="6B7280"/>
        <w:sz w:val="15"/>
      </w:rPr>
      <w:t>Expression of Interest Application Form |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8423A" w14:textId="77777777" w:rsidR="009132DE" w:rsidRPr="00963A1F" w:rsidRDefault="009132DE">
      <w:pPr>
        <w:spacing w:after="0" w:line="240" w:lineRule="auto"/>
      </w:pPr>
      <w:r w:rsidRPr="00963A1F">
        <w:separator/>
      </w:r>
    </w:p>
  </w:footnote>
  <w:footnote w:type="continuationSeparator" w:id="0">
    <w:p w14:paraId="19AB795F" w14:textId="77777777" w:rsidR="009132DE" w:rsidRPr="00963A1F" w:rsidRDefault="009132DE">
      <w:pPr>
        <w:spacing w:after="0" w:line="240" w:lineRule="auto"/>
      </w:pPr>
      <w:r w:rsidRPr="00963A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1842E" w14:textId="5F702F3C" w:rsidR="00803CDF" w:rsidRPr="00963A1F" w:rsidRDefault="4E0B5D66" w:rsidP="4E0B5D66">
    <w:pPr>
      <w:pStyle w:val="Header"/>
      <w:jc w:val="right"/>
      <w:rPr>
        <w:b/>
        <w:bCs/>
        <w:color w:val="973864"/>
        <w:sz w:val="15"/>
        <w:szCs w:val="15"/>
      </w:rPr>
    </w:pPr>
    <w:r w:rsidRPr="00963A1F">
      <w:rPr>
        <w:b/>
        <w:bCs/>
        <w:color w:val="973864"/>
        <w:sz w:val="15"/>
        <w:szCs w:val="15"/>
      </w:rPr>
      <w:t>SNOW MEDICAL | BRAIN AND COGNITIVE HEALTH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7B70E1"/>
    <w:multiLevelType w:val="hybridMultilevel"/>
    <w:tmpl w:val="5860CA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00FFD"/>
    <w:multiLevelType w:val="hybridMultilevel"/>
    <w:tmpl w:val="4CAAAF34"/>
    <w:lvl w:ilvl="0" w:tplc="1A86F0C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8427056">
    <w:abstractNumId w:val="8"/>
  </w:num>
  <w:num w:numId="2" w16cid:durableId="1197696375">
    <w:abstractNumId w:val="3"/>
  </w:num>
  <w:num w:numId="3" w16cid:durableId="1256864991">
    <w:abstractNumId w:val="5"/>
  </w:num>
  <w:num w:numId="4" w16cid:durableId="1318916300">
    <w:abstractNumId w:val="0"/>
  </w:num>
  <w:num w:numId="5" w16cid:durableId="1400667993">
    <w:abstractNumId w:val="7"/>
  </w:num>
  <w:num w:numId="6" w16cid:durableId="1550417155">
    <w:abstractNumId w:val="2"/>
  </w:num>
  <w:num w:numId="7" w16cid:durableId="1608539798">
    <w:abstractNumId w:val="6"/>
  </w:num>
  <w:num w:numId="8" w16cid:durableId="249241786">
    <w:abstractNumId w:val="4"/>
  </w:num>
  <w:num w:numId="9" w16cid:durableId="79984407">
    <w:abstractNumId w:val="1"/>
  </w:num>
  <w:num w:numId="10" w16cid:durableId="128329517">
    <w:abstractNumId w:val="9"/>
  </w:num>
  <w:num w:numId="11" w16cid:durableId="16127123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7FD"/>
    <w:rsid w:val="00034616"/>
    <w:rsid w:val="0006063C"/>
    <w:rsid w:val="00073E9D"/>
    <w:rsid w:val="000C2E7C"/>
    <w:rsid w:val="000E21A6"/>
    <w:rsid w:val="0015074B"/>
    <w:rsid w:val="0017061C"/>
    <w:rsid w:val="001E50A9"/>
    <w:rsid w:val="0029639D"/>
    <w:rsid w:val="002A07F4"/>
    <w:rsid w:val="00326F90"/>
    <w:rsid w:val="00390E92"/>
    <w:rsid w:val="004835DE"/>
    <w:rsid w:val="00582721"/>
    <w:rsid w:val="006B29EA"/>
    <w:rsid w:val="006B7D30"/>
    <w:rsid w:val="006D6635"/>
    <w:rsid w:val="007037FE"/>
    <w:rsid w:val="007B0792"/>
    <w:rsid w:val="00803CDF"/>
    <w:rsid w:val="0085401C"/>
    <w:rsid w:val="00892BA1"/>
    <w:rsid w:val="008A4187"/>
    <w:rsid w:val="008F434A"/>
    <w:rsid w:val="009132DE"/>
    <w:rsid w:val="00924C46"/>
    <w:rsid w:val="00963A1F"/>
    <w:rsid w:val="00A1710A"/>
    <w:rsid w:val="00A922EE"/>
    <w:rsid w:val="00AA1D8D"/>
    <w:rsid w:val="00B47730"/>
    <w:rsid w:val="00B56D1D"/>
    <w:rsid w:val="00C71E19"/>
    <w:rsid w:val="00CB0664"/>
    <w:rsid w:val="00D30E0B"/>
    <w:rsid w:val="00D70CE0"/>
    <w:rsid w:val="00E616B2"/>
    <w:rsid w:val="00E735DB"/>
    <w:rsid w:val="00EE0E0A"/>
    <w:rsid w:val="00F2761A"/>
    <w:rsid w:val="00FC693F"/>
    <w:rsid w:val="00FDB455"/>
    <w:rsid w:val="00FE52E1"/>
    <w:rsid w:val="08153696"/>
    <w:rsid w:val="1152BB94"/>
    <w:rsid w:val="11E78F0A"/>
    <w:rsid w:val="1250DFF5"/>
    <w:rsid w:val="223745FC"/>
    <w:rsid w:val="25CAA4E4"/>
    <w:rsid w:val="261FB614"/>
    <w:rsid w:val="2BBD19F6"/>
    <w:rsid w:val="3AE3FA59"/>
    <w:rsid w:val="3B254CBE"/>
    <w:rsid w:val="41204685"/>
    <w:rsid w:val="44073B17"/>
    <w:rsid w:val="4780EC7D"/>
    <w:rsid w:val="4E0B5D66"/>
    <w:rsid w:val="52EC4DEC"/>
    <w:rsid w:val="5984E00A"/>
    <w:rsid w:val="5C5624AA"/>
    <w:rsid w:val="6353977D"/>
    <w:rsid w:val="687E6564"/>
    <w:rsid w:val="6BF689AA"/>
    <w:rsid w:val="7A25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CED5458-6CDC-41DD-9022-B673560C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45" w:lineRule="auto"/>
    </w:pPr>
    <w:rPr>
      <w:rFonts w:ascii="Aptos" w:hAnsi="Aptos"/>
      <w:color w:val="1F2D3D"/>
      <w:sz w:val="18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2F5D9B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/>
      <w:b/>
      <w:bCs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4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160"/>
    </w:pPr>
    <w:rPr>
      <w:rFonts w:asciiTheme="majorHAnsi" w:eastAsiaTheme="majorEastAsia" w:hAnsiTheme="majorHAnsi" w:cstheme="majorBidi"/>
      <w:b/>
      <w:i/>
      <w:iCs/>
      <w:color w:val="2F5D9B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1E50A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Snow Medical EOI Application Form</vt:lpstr>
    </vt:vector>
  </TitlesOfParts>
  <Manager/>
  <Company/>
  <LinksUpToDate>false</LinksUpToDate>
  <CharactersWithSpaces>3686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Snow Medical EOI Application Form</dc:title>
  <dc:subject>Healthspan: Modifiable Targets and Scalable Interventions</dc:subject>
  <dc:creator>Zayra Millan</dc:creator>
  <cp:keywords/>
  <dc:description>generated by python-docx</dc:description>
  <cp:lastModifiedBy>Christopher Elasi</cp:lastModifiedBy>
  <cp:revision>21</cp:revision>
  <dcterms:created xsi:type="dcterms:W3CDTF">2026-09-01T04:33:00Z</dcterms:created>
  <dcterms:modified xsi:type="dcterms:W3CDTF">2026-09-07T23:37:00Z</dcterms:modified>
  <cp:category/>
</cp:coreProperties>
</file>