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AC919" w14:textId="2A70EB0A" w:rsidR="00F8308F" w:rsidRPr="006C407E" w:rsidRDefault="007E3598">
      <w:pPr>
        <w:pStyle w:val="Nadpis1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 </w:t>
      </w:r>
      <w:proofErr w:type="spellStart"/>
      <w:r w:rsidR="00F8308F" w:rsidRPr="00F8308F">
        <w:rPr>
          <w:rFonts w:asciiTheme="minorHAnsi" w:eastAsiaTheme="minorEastAsia" w:hAnsiTheme="minorHAnsi" w:cstheme="minorBidi"/>
          <w:color w:val="auto"/>
          <w:sz w:val="22"/>
          <w:szCs w:val="22"/>
        </w:rPr>
        <w:t>Tisková</w:t>
      </w:r>
      <w:proofErr w:type="spellEnd"/>
      <w:r w:rsidR="00F8308F" w:rsidRPr="00F8308F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</w:t>
      </w:r>
      <w:proofErr w:type="spellStart"/>
      <w:r w:rsidR="00F8308F" w:rsidRPr="00F8308F">
        <w:rPr>
          <w:rFonts w:asciiTheme="minorHAnsi" w:eastAsiaTheme="minorEastAsia" w:hAnsiTheme="minorHAnsi" w:cstheme="minorBidi"/>
          <w:color w:val="auto"/>
          <w:sz w:val="22"/>
          <w:szCs w:val="22"/>
        </w:rPr>
        <w:t>zpráva</w:t>
      </w:r>
      <w:proofErr w:type="spellEnd"/>
      <w:r w:rsidR="00F8308F" w:rsidRPr="00F8308F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                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                  </w:t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ab/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ab/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ab/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ab/>
      </w:r>
      <w:r>
        <w:rPr>
          <w:rFonts w:asciiTheme="minorHAnsi" w:eastAsiaTheme="minorEastAsia" w:hAnsiTheme="minorHAnsi" w:cstheme="minorBidi"/>
          <w:color w:val="auto"/>
          <w:sz w:val="22"/>
          <w:szCs w:val="22"/>
        </w:rPr>
        <w:tab/>
        <w:t xml:space="preserve">     </w:t>
      </w:r>
      <w:r w:rsidR="00F8308F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tab/>
      </w:r>
      <w:r w:rsidR="00F8308F" w:rsidRPr="006C407E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 2</w:t>
      </w:r>
      <w:r w:rsidR="00F87A0F">
        <w:rPr>
          <w:rFonts w:asciiTheme="minorHAnsi" w:eastAsiaTheme="minorEastAsia" w:hAnsiTheme="minorHAnsi" w:cstheme="minorBidi"/>
          <w:color w:val="auto"/>
          <w:sz w:val="22"/>
          <w:szCs w:val="22"/>
        </w:rPr>
        <w:t>3</w:t>
      </w:r>
      <w:r w:rsidR="00F8308F" w:rsidRPr="006C407E">
        <w:rPr>
          <w:rFonts w:asciiTheme="minorHAnsi" w:eastAsiaTheme="minorEastAsia" w:hAnsiTheme="minorHAnsi" w:cstheme="minorBidi"/>
          <w:color w:val="auto"/>
          <w:sz w:val="22"/>
          <w:szCs w:val="22"/>
        </w:rPr>
        <w:t>.</w:t>
      </w:r>
      <w:r w:rsidR="00761B75" w:rsidRPr="006C407E">
        <w:rPr>
          <w:rFonts w:asciiTheme="minorHAnsi" w:eastAsiaTheme="minorEastAsia" w:hAnsiTheme="minorHAnsi" w:cstheme="minorBidi"/>
          <w:color w:val="auto"/>
          <w:sz w:val="22"/>
          <w:szCs w:val="22"/>
        </w:rPr>
        <w:t>7</w:t>
      </w:r>
      <w:r w:rsidR="00F8308F" w:rsidRPr="006C407E">
        <w:rPr>
          <w:rFonts w:asciiTheme="minorHAnsi" w:eastAsiaTheme="minorEastAsia" w:hAnsiTheme="minorHAnsi" w:cstheme="minorBidi"/>
          <w:color w:val="auto"/>
          <w:sz w:val="22"/>
          <w:szCs w:val="22"/>
        </w:rPr>
        <w:t>.2025</w:t>
      </w:r>
    </w:p>
    <w:p w14:paraId="1D3AA43B" w14:textId="77777777" w:rsidR="00803C0D" w:rsidRDefault="00803C0D" w:rsidP="008910F3">
      <w:pPr>
        <w:rPr>
          <w:b/>
          <w:bCs/>
          <w:sz w:val="28"/>
          <w:szCs w:val="28"/>
        </w:rPr>
      </w:pPr>
    </w:p>
    <w:p w14:paraId="3DB7D2C8" w14:textId="03D4537A" w:rsidR="008910F3" w:rsidRDefault="00955B7D" w:rsidP="007E3598">
      <w:pPr>
        <w:jc w:val="both"/>
        <w:rPr>
          <w:b/>
          <w:bCs/>
          <w:lang w:val="cs-CZ"/>
        </w:rPr>
      </w:pPr>
      <w:proofErr w:type="spellStart"/>
      <w:r w:rsidRPr="00955B7D">
        <w:rPr>
          <w:b/>
          <w:bCs/>
          <w:sz w:val="28"/>
          <w:szCs w:val="28"/>
        </w:rPr>
        <w:t>Tuzemská</w:t>
      </w:r>
      <w:proofErr w:type="spellEnd"/>
      <w:r w:rsidRPr="00955B7D">
        <w:rPr>
          <w:b/>
          <w:bCs/>
          <w:sz w:val="28"/>
          <w:szCs w:val="28"/>
        </w:rPr>
        <w:t xml:space="preserve"> vína </w:t>
      </w:r>
      <w:proofErr w:type="spellStart"/>
      <w:r w:rsidRPr="00955B7D">
        <w:rPr>
          <w:b/>
          <w:bCs/>
          <w:sz w:val="28"/>
          <w:szCs w:val="28"/>
        </w:rPr>
        <w:t>obstála</w:t>
      </w:r>
      <w:proofErr w:type="spellEnd"/>
      <w:r w:rsidRPr="00955B7D">
        <w:rPr>
          <w:b/>
          <w:bCs/>
          <w:sz w:val="28"/>
          <w:szCs w:val="28"/>
        </w:rPr>
        <w:t xml:space="preserve"> v </w:t>
      </w:r>
      <w:proofErr w:type="spellStart"/>
      <w:r w:rsidRPr="00955B7D">
        <w:rPr>
          <w:b/>
          <w:bCs/>
          <w:sz w:val="28"/>
          <w:szCs w:val="28"/>
        </w:rPr>
        <w:t>globální</w:t>
      </w:r>
      <w:proofErr w:type="spellEnd"/>
      <w:r w:rsidRPr="00955B7D">
        <w:rPr>
          <w:b/>
          <w:bCs/>
          <w:sz w:val="28"/>
          <w:szCs w:val="28"/>
        </w:rPr>
        <w:t xml:space="preserve"> </w:t>
      </w:r>
      <w:proofErr w:type="spellStart"/>
      <w:r w:rsidRPr="00955B7D">
        <w:rPr>
          <w:b/>
          <w:bCs/>
          <w:sz w:val="28"/>
          <w:szCs w:val="28"/>
        </w:rPr>
        <w:t>konkurenci</w:t>
      </w:r>
      <w:proofErr w:type="spellEnd"/>
      <w:r>
        <w:rPr>
          <w:b/>
          <w:bCs/>
          <w:sz w:val="28"/>
          <w:szCs w:val="28"/>
        </w:rPr>
        <w:t>. Z</w:t>
      </w:r>
      <w:r w:rsidR="00803C0D" w:rsidRPr="00803C0D">
        <w:rPr>
          <w:b/>
          <w:bCs/>
          <w:sz w:val="28"/>
          <w:szCs w:val="28"/>
        </w:rPr>
        <w:t xml:space="preserve"> Concours Mondial de </w:t>
      </w:r>
      <w:proofErr w:type="spellStart"/>
      <w:r w:rsidR="00803C0D" w:rsidRPr="00803C0D">
        <w:rPr>
          <w:b/>
          <w:bCs/>
          <w:sz w:val="28"/>
          <w:szCs w:val="28"/>
        </w:rPr>
        <w:t>Bruxelles</w:t>
      </w:r>
      <w:proofErr w:type="spellEnd"/>
      <w:r w:rsidR="00803C0D" w:rsidRPr="00803C0D">
        <w:rPr>
          <w:b/>
          <w:bCs/>
          <w:sz w:val="28"/>
          <w:szCs w:val="28"/>
        </w:rPr>
        <w:t xml:space="preserve"> </w:t>
      </w:r>
      <w:proofErr w:type="spellStart"/>
      <w:r w:rsidR="00803C0D" w:rsidRPr="00803C0D">
        <w:rPr>
          <w:b/>
          <w:bCs/>
          <w:sz w:val="28"/>
          <w:szCs w:val="28"/>
        </w:rPr>
        <w:t>si</w:t>
      </w:r>
      <w:proofErr w:type="spellEnd"/>
      <w:r w:rsidR="00803C0D" w:rsidRPr="00803C0D">
        <w:rPr>
          <w:b/>
          <w:bCs/>
          <w:sz w:val="28"/>
          <w:szCs w:val="28"/>
        </w:rPr>
        <w:t xml:space="preserve"> </w:t>
      </w:r>
      <w:r w:rsidR="00803C0D">
        <w:rPr>
          <w:b/>
          <w:bCs/>
          <w:sz w:val="28"/>
          <w:szCs w:val="28"/>
        </w:rPr>
        <w:t xml:space="preserve">za </w:t>
      </w:r>
      <w:proofErr w:type="spellStart"/>
      <w:r w:rsidR="00803C0D">
        <w:rPr>
          <w:b/>
          <w:bCs/>
          <w:sz w:val="28"/>
          <w:szCs w:val="28"/>
        </w:rPr>
        <w:t>bílá</w:t>
      </w:r>
      <w:proofErr w:type="spellEnd"/>
      <w:r w:rsidR="00803C0D">
        <w:rPr>
          <w:b/>
          <w:bCs/>
          <w:sz w:val="28"/>
          <w:szCs w:val="28"/>
        </w:rPr>
        <w:t xml:space="preserve"> a </w:t>
      </w:r>
      <w:proofErr w:type="spellStart"/>
      <w:r w:rsidR="00803C0D">
        <w:rPr>
          <w:b/>
          <w:bCs/>
          <w:sz w:val="28"/>
          <w:szCs w:val="28"/>
        </w:rPr>
        <w:t>červená</w:t>
      </w:r>
      <w:proofErr w:type="spellEnd"/>
      <w:r w:rsidR="00803C0D">
        <w:rPr>
          <w:b/>
          <w:bCs/>
          <w:sz w:val="28"/>
          <w:szCs w:val="28"/>
        </w:rPr>
        <w:t xml:space="preserve"> vína </w:t>
      </w:r>
      <w:proofErr w:type="spellStart"/>
      <w:r w:rsidR="00803C0D" w:rsidRPr="00803C0D">
        <w:rPr>
          <w:b/>
          <w:bCs/>
          <w:sz w:val="28"/>
          <w:szCs w:val="28"/>
        </w:rPr>
        <w:t>odvážejí</w:t>
      </w:r>
      <w:proofErr w:type="spellEnd"/>
      <w:r w:rsidR="00803C0D" w:rsidRPr="00803C0D">
        <w:rPr>
          <w:b/>
          <w:bCs/>
          <w:sz w:val="28"/>
          <w:szCs w:val="28"/>
        </w:rPr>
        <w:t xml:space="preserve"> 26 </w:t>
      </w:r>
      <w:proofErr w:type="spellStart"/>
      <w:r w:rsidR="00803C0D" w:rsidRPr="00803C0D">
        <w:rPr>
          <w:b/>
          <w:bCs/>
          <w:sz w:val="28"/>
          <w:szCs w:val="28"/>
        </w:rPr>
        <w:t>medailí</w:t>
      </w:r>
      <w:proofErr w:type="spellEnd"/>
      <w:r w:rsidR="00803C0D" w:rsidRPr="00803C0D">
        <w:rPr>
          <w:b/>
          <w:bCs/>
          <w:sz w:val="28"/>
          <w:szCs w:val="28"/>
        </w:rPr>
        <w:t xml:space="preserve">, o 9 </w:t>
      </w:r>
      <w:proofErr w:type="spellStart"/>
      <w:r w:rsidR="00803C0D" w:rsidRPr="00803C0D">
        <w:rPr>
          <w:b/>
          <w:bCs/>
          <w:sz w:val="28"/>
          <w:szCs w:val="28"/>
        </w:rPr>
        <w:t>více</w:t>
      </w:r>
      <w:proofErr w:type="spellEnd"/>
      <w:r w:rsidR="00803C0D" w:rsidRPr="00803C0D">
        <w:rPr>
          <w:b/>
          <w:bCs/>
          <w:sz w:val="28"/>
          <w:szCs w:val="28"/>
        </w:rPr>
        <w:t xml:space="preserve"> </w:t>
      </w:r>
      <w:proofErr w:type="spellStart"/>
      <w:r w:rsidR="00803C0D" w:rsidRPr="00803C0D">
        <w:rPr>
          <w:b/>
          <w:bCs/>
          <w:sz w:val="28"/>
          <w:szCs w:val="28"/>
        </w:rPr>
        <w:t>než</w:t>
      </w:r>
      <w:proofErr w:type="spellEnd"/>
      <w:r w:rsidR="00803C0D" w:rsidRPr="00803C0D">
        <w:rPr>
          <w:b/>
          <w:bCs/>
          <w:sz w:val="28"/>
          <w:szCs w:val="28"/>
        </w:rPr>
        <w:t xml:space="preserve"> </w:t>
      </w:r>
      <w:proofErr w:type="spellStart"/>
      <w:r w:rsidR="00803C0D" w:rsidRPr="00803C0D">
        <w:rPr>
          <w:b/>
          <w:bCs/>
          <w:sz w:val="28"/>
          <w:szCs w:val="28"/>
        </w:rPr>
        <w:t>loni</w:t>
      </w:r>
      <w:proofErr w:type="spellEnd"/>
    </w:p>
    <w:p w14:paraId="09305A02" w14:textId="467B0EDB" w:rsidR="008910F3" w:rsidRDefault="00591B64" w:rsidP="008964BD">
      <w:pPr>
        <w:jc w:val="both"/>
        <w:rPr>
          <w:b/>
          <w:bCs/>
        </w:rPr>
      </w:pPr>
      <w:r>
        <w:rPr>
          <w:b/>
          <w:bCs/>
          <w:lang w:val="cs-CZ"/>
        </w:rPr>
        <w:t>Čína/</w:t>
      </w:r>
      <w:r w:rsidR="008910F3" w:rsidRPr="008910F3">
        <w:rPr>
          <w:b/>
          <w:bCs/>
          <w:lang w:val="cs-CZ"/>
        </w:rPr>
        <w:t>Bzenec, 2</w:t>
      </w:r>
      <w:r w:rsidR="00DF3DB9">
        <w:rPr>
          <w:b/>
          <w:bCs/>
          <w:lang w:val="cs-CZ"/>
        </w:rPr>
        <w:t>4</w:t>
      </w:r>
      <w:r w:rsidR="008910F3" w:rsidRPr="008910F3">
        <w:rPr>
          <w:b/>
          <w:bCs/>
          <w:lang w:val="cs-CZ"/>
        </w:rPr>
        <w:t>. července 2025</w:t>
      </w:r>
      <w:r w:rsidR="008910F3" w:rsidRPr="008910F3">
        <w:rPr>
          <w:lang w:val="cs-CZ"/>
        </w:rPr>
        <w:t xml:space="preserve"> – </w:t>
      </w:r>
      <w:proofErr w:type="spellStart"/>
      <w:r w:rsidR="008910F3" w:rsidRPr="008910F3">
        <w:rPr>
          <w:b/>
          <w:bCs/>
        </w:rPr>
        <w:t>Moravská</w:t>
      </w:r>
      <w:proofErr w:type="spellEnd"/>
      <w:r w:rsidR="008910F3" w:rsidRPr="008910F3">
        <w:rPr>
          <w:b/>
          <w:bCs/>
        </w:rPr>
        <w:t xml:space="preserve"> a </w:t>
      </w:r>
      <w:proofErr w:type="spellStart"/>
      <w:r w:rsidR="008910F3" w:rsidRPr="008910F3">
        <w:rPr>
          <w:b/>
          <w:bCs/>
        </w:rPr>
        <w:t>česká</w:t>
      </w:r>
      <w:proofErr w:type="spellEnd"/>
      <w:r w:rsidR="008910F3" w:rsidRPr="008910F3">
        <w:rPr>
          <w:b/>
          <w:bCs/>
        </w:rPr>
        <w:t xml:space="preserve"> vína </w:t>
      </w:r>
      <w:proofErr w:type="spellStart"/>
      <w:r w:rsidR="008910F3" w:rsidRPr="008910F3">
        <w:rPr>
          <w:b/>
          <w:bCs/>
        </w:rPr>
        <w:t>zaznamenala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další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mezinárodní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úspěch</w:t>
      </w:r>
      <w:proofErr w:type="spellEnd"/>
      <w:r w:rsidR="008910F3" w:rsidRPr="008910F3">
        <w:rPr>
          <w:b/>
          <w:bCs/>
        </w:rPr>
        <w:t xml:space="preserve">. Na </w:t>
      </w:r>
      <w:r w:rsidR="003F5390">
        <w:rPr>
          <w:b/>
          <w:bCs/>
        </w:rPr>
        <w:t>32.</w:t>
      </w:r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ročníku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prestižní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mezinárodní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soutěže</w:t>
      </w:r>
      <w:proofErr w:type="spellEnd"/>
      <w:r w:rsidR="008910F3" w:rsidRPr="008910F3">
        <w:rPr>
          <w:b/>
          <w:bCs/>
        </w:rPr>
        <w:t xml:space="preserve"> Concours Mondial de </w:t>
      </w:r>
      <w:proofErr w:type="spellStart"/>
      <w:r w:rsidR="008910F3" w:rsidRPr="008910F3">
        <w:rPr>
          <w:b/>
          <w:bCs/>
        </w:rPr>
        <w:t>Bruxelles</w:t>
      </w:r>
      <w:proofErr w:type="spellEnd"/>
      <w:r w:rsidR="008910F3" w:rsidRPr="008910F3">
        <w:rPr>
          <w:b/>
          <w:bCs/>
        </w:rPr>
        <w:t xml:space="preserve">, </w:t>
      </w:r>
      <w:proofErr w:type="spellStart"/>
      <w:r w:rsidR="008910F3" w:rsidRPr="008910F3">
        <w:rPr>
          <w:b/>
          <w:bCs/>
        </w:rPr>
        <w:t>získala</w:t>
      </w:r>
      <w:proofErr w:type="spellEnd"/>
      <w:r w:rsidR="008910F3" w:rsidRPr="008910F3">
        <w:rPr>
          <w:b/>
          <w:bCs/>
        </w:rPr>
        <w:t xml:space="preserve"> </w:t>
      </w:r>
      <w:r w:rsidR="00761B75" w:rsidRPr="008910F3">
        <w:rPr>
          <w:b/>
          <w:bCs/>
        </w:rPr>
        <w:t xml:space="preserve">v </w:t>
      </w:r>
      <w:proofErr w:type="spellStart"/>
      <w:r w:rsidR="00761B75">
        <w:rPr>
          <w:b/>
          <w:bCs/>
        </w:rPr>
        <w:t>kategorii</w:t>
      </w:r>
      <w:proofErr w:type="spellEnd"/>
      <w:r w:rsidR="00761B75" w:rsidRPr="008910F3">
        <w:rPr>
          <w:b/>
          <w:bCs/>
        </w:rPr>
        <w:t xml:space="preserve"> </w:t>
      </w:r>
      <w:proofErr w:type="spellStart"/>
      <w:r w:rsidR="00761B75" w:rsidRPr="008910F3">
        <w:rPr>
          <w:b/>
          <w:bCs/>
        </w:rPr>
        <w:t>červených</w:t>
      </w:r>
      <w:proofErr w:type="spellEnd"/>
      <w:r w:rsidR="00761B75" w:rsidRPr="008910F3">
        <w:rPr>
          <w:b/>
          <w:bCs/>
        </w:rPr>
        <w:t xml:space="preserve"> a </w:t>
      </w:r>
      <w:proofErr w:type="spellStart"/>
      <w:r w:rsidR="00761B75" w:rsidRPr="008910F3">
        <w:rPr>
          <w:b/>
          <w:bCs/>
        </w:rPr>
        <w:t>bílých</w:t>
      </w:r>
      <w:proofErr w:type="spellEnd"/>
      <w:r w:rsidR="00761B75" w:rsidRPr="008910F3">
        <w:rPr>
          <w:b/>
          <w:bCs/>
        </w:rPr>
        <w:t xml:space="preserve"> vín </w:t>
      </w:r>
      <w:proofErr w:type="spellStart"/>
      <w:r w:rsidR="008910F3" w:rsidRPr="008910F3">
        <w:rPr>
          <w:b/>
          <w:bCs/>
        </w:rPr>
        <w:t>naše</w:t>
      </w:r>
      <w:proofErr w:type="spellEnd"/>
      <w:r w:rsidR="008910F3" w:rsidRPr="008910F3">
        <w:rPr>
          <w:b/>
          <w:bCs/>
        </w:rPr>
        <w:t xml:space="preserve"> vinařství </w:t>
      </w:r>
      <w:proofErr w:type="spellStart"/>
      <w:r w:rsidR="008910F3" w:rsidRPr="008910F3">
        <w:rPr>
          <w:b/>
          <w:bCs/>
        </w:rPr>
        <w:t>celkem</w:t>
      </w:r>
      <w:proofErr w:type="spellEnd"/>
      <w:r w:rsidR="008910F3" w:rsidRPr="008910F3">
        <w:rPr>
          <w:b/>
          <w:bCs/>
        </w:rPr>
        <w:t xml:space="preserve"> 26 </w:t>
      </w:r>
      <w:proofErr w:type="spellStart"/>
      <w:r w:rsidR="008910F3" w:rsidRPr="008910F3">
        <w:rPr>
          <w:b/>
          <w:bCs/>
        </w:rPr>
        <w:t>medailí</w:t>
      </w:r>
      <w:proofErr w:type="spellEnd"/>
      <w:r w:rsidR="008910F3" w:rsidRPr="008910F3">
        <w:rPr>
          <w:b/>
          <w:bCs/>
        </w:rPr>
        <w:t xml:space="preserve">, z </w:t>
      </w:r>
      <w:proofErr w:type="spellStart"/>
      <w:r w:rsidR="008910F3" w:rsidRPr="008910F3">
        <w:rPr>
          <w:b/>
          <w:bCs/>
        </w:rPr>
        <w:t>toho</w:t>
      </w:r>
      <w:proofErr w:type="spellEnd"/>
      <w:r w:rsidR="008910F3" w:rsidRPr="008910F3">
        <w:rPr>
          <w:b/>
          <w:bCs/>
        </w:rPr>
        <w:t xml:space="preserve"> 13 </w:t>
      </w:r>
      <w:proofErr w:type="spellStart"/>
      <w:r w:rsidR="008910F3" w:rsidRPr="008910F3">
        <w:rPr>
          <w:b/>
          <w:bCs/>
        </w:rPr>
        <w:t>zlatých</w:t>
      </w:r>
      <w:proofErr w:type="spellEnd"/>
      <w:r w:rsidR="008910F3" w:rsidRPr="008910F3">
        <w:rPr>
          <w:b/>
          <w:bCs/>
        </w:rPr>
        <w:t xml:space="preserve"> a 13 </w:t>
      </w:r>
      <w:proofErr w:type="spellStart"/>
      <w:r w:rsidR="008910F3" w:rsidRPr="008910F3">
        <w:rPr>
          <w:b/>
          <w:bCs/>
        </w:rPr>
        <w:t>stříbrných</w:t>
      </w:r>
      <w:proofErr w:type="spellEnd"/>
      <w:r w:rsidR="008910F3" w:rsidRPr="008910F3">
        <w:rPr>
          <w:b/>
          <w:bCs/>
        </w:rPr>
        <w:t xml:space="preserve">. Do </w:t>
      </w:r>
      <w:proofErr w:type="spellStart"/>
      <w:r w:rsidR="008910F3" w:rsidRPr="008910F3">
        <w:rPr>
          <w:b/>
          <w:bCs/>
        </w:rPr>
        <w:t>hodnocení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bylo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přihlášeno</w:t>
      </w:r>
      <w:proofErr w:type="spellEnd"/>
      <w:r w:rsidR="008910F3" w:rsidRPr="008910F3">
        <w:rPr>
          <w:b/>
          <w:bCs/>
        </w:rPr>
        <w:t xml:space="preserve"> 70 vín od</w:t>
      </w:r>
      <w:r w:rsidR="007E3598">
        <w:rPr>
          <w:b/>
          <w:bCs/>
        </w:rPr>
        <w:t> </w:t>
      </w:r>
      <w:proofErr w:type="spellStart"/>
      <w:r w:rsidR="008910F3" w:rsidRPr="008910F3">
        <w:rPr>
          <w:b/>
          <w:bCs/>
        </w:rPr>
        <w:t>sedmi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tuzemských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vinařských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firem</w:t>
      </w:r>
      <w:proofErr w:type="spellEnd"/>
      <w:r w:rsidR="008910F3" w:rsidRPr="008910F3">
        <w:rPr>
          <w:b/>
          <w:bCs/>
        </w:rPr>
        <w:t xml:space="preserve">, </w:t>
      </w:r>
      <w:proofErr w:type="spellStart"/>
      <w:r w:rsidR="008910F3" w:rsidRPr="008910F3">
        <w:rPr>
          <w:b/>
          <w:bCs/>
        </w:rPr>
        <w:t>přičemž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nejvíce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ocenění</w:t>
      </w:r>
      <w:proofErr w:type="spellEnd"/>
      <w:r w:rsidR="008910F3" w:rsidRPr="008910F3">
        <w:rPr>
          <w:b/>
          <w:bCs/>
        </w:rPr>
        <w:t xml:space="preserve"> </w:t>
      </w:r>
      <w:proofErr w:type="spellStart"/>
      <w:r w:rsidR="008910F3" w:rsidRPr="008910F3">
        <w:rPr>
          <w:b/>
          <w:bCs/>
        </w:rPr>
        <w:t>putovalo</w:t>
      </w:r>
      <w:proofErr w:type="spellEnd"/>
      <w:r w:rsidR="008910F3" w:rsidRPr="008910F3">
        <w:rPr>
          <w:b/>
          <w:bCs/>
        </w:rPr>
        <w:t xml:space="preserve"> do B\V vinařství.</w:t>
      </w:r>
      <w:r w:rsidR="003F5390">
        <w:rPr>
          <w:b/>
          <w:bCs/>
        </w:rPr>
        <w:t xml:space="preserve"> </w:t>
      </w:r>
    </w:p>
    <w:p w14:paraId="434101A1" w14:textId="2198D59A" w:rsidR="00591B64" w:rsidRPr="00591B64" w:rsidRDefault="00591B64" w:rsidP="008964BD">
      <w:pPr>
        <w:jc w:val="both"/>
      </w:pPr>
      <w:bookmarkStart w:id="0" w:name="_GoBack"/>
      <w:proofErr w:type="spellStart"/>
      <w:r w:rsidRPr="00591B64">
        <w:t>Letošní</w:t>
      </w:r>
      <w:proofErr w:type="spellEnd"/>
      <w:r w:rsidRPr="00591B64">
        <w:t xml:space="preserve"> </w:t>
      </w:r>
      <w:proofErr w:type="spellStart"/>
      <w:r w:rsidRPr="00591B64">
        <w:t>ročník</w:t>
      </w:r>
      <w:proofErr w:type="spellEnd"/>
      <w:r w:rsidRPr="00591B64">
        <w:t xml:space="preserve"> </w:t>
      </w:r>
      <w:proofErr w:type="spellStart"/>
      <w:r w:rsidRPr="00591B64">
        <w:t>soutěže</w:t>
      </w:r>
      <w:proofErr w:type="spellEnd"/>
      <w:r w:rsidRPr="00591B64">
        <w:t xml:space="preserve"> se </w:t>
      </w:r>
      <w:proofErr w:type="spellStart"/>
      <w:r w:rsidRPr="00591B64">
        <w:t>konal</w:t>
      </w:r>
      <w:proofErr w:type="spellEnd"/>
      <w:r w:rsidRPr="00591B64">
        <w:t xml:space="preserve"> </w:t>
      </w:r>
      <w:r>
        <w:t xml:space="preserve">v </w:t>
      </w:r>
      <w:proofErr w:type="spellStart"/>
      <w:r w:rsidRPr="00591B64">
        <w:t>červn</w:t>
      </w:r>
      <w:r>
        <w:t>u</w:t>
      </w:r>
      <w:proofErr w:type="spellEnd"/>
      <w:r w:rsidRPr="00591B64">
        <w:t xml:space="preserve"> v </w:t>
      </w:r>
      <w:proofErr w:type="spellStart"/>
      <w:r w:rsidRPr="00591B64">
        <w:t>čínském</w:t>
      </w:r>
      <w:proofErr w:type="spellEnd"/>
      <w:r w:rsidRPr="00591B64">
        <w:t xml:space="preserve"> </w:t>
      </w:r>
      <w:proofErr w:type="spellStart"/>
      <w:r w:rsidRPr="00591B64">
        <w:t>Jin-čchuanu</w:t>
      </w:r>
      <w:proofErr w:type="spellEnd"/>
      <w:r w:rsidRPr="00591B64">
        <w:t xml:space="preserve">, v </w:t>
      </w:r>
      <w:proofErr w:type="spellStart"/>
      <w:r w:rsidRPr="00591B64">
        <w:t>srdci</w:t>
      </w:r>
      <w:proofErr w:type="spellEnd"/>
      <w:r w:rsidRPr="00591B64">
        <w:t xml:space="preserve"> vinařské </w:t>
      </w:r>
      <w:proofErr w:type="spellStart"/>
      <w:r w:rsidRPr="00591B64">
        <w:t>oblasti</w:t>
      </w:r>
      <w:proofErr w:type="spellEnd"/>
      <w:r w:rsidRPr="00591B64">
        <w:t xml:space="preserve"> Ning-</w:t>
      </w:r>
      <w:proofErr w:type="spellStart"/>
      <w:r w:rsidRPr="00591B64">
        <w:t>sia</w:t>
      </w:r>
      <w:proofErr w:type="spellEnd"/>
      <w:r w:rsidRPr="00591B64">
        <w:t xml:space="preserve">. </w:t>
      </w:r>
      <w:proofErr w:type="spellStart"/>
      <w:r w:rsidRPr="00591B64">
        <w:t>Během</w:t>
      </w:r>
      <w:proofErr w:type="spellEnd"/>
      <w:r w:rsidRPr="00591B64">
        <w:t xml:space="preserve"> </w:t>
      </w:r>
      <w:proofErr w:type="spellStart"/>
      <w:r w:rsidRPr="00591B64">
        <w:t>tří</w:t>
      </w:r>
      <w:proofErr w:type="spellEnd"/>
      <w:r w:rsidRPr="00591B64">
        <w:t xml:space="preserve"> </w:t>
      </w:r>
      <w:proofErr w:type="spellStart"/>
      <w:r w:rsidRPr="00591B64">
        <w:t>dnů</w:t>
      </w:r>
      <w:proofErr w:type="spellEnd"/>
      <w:r w:rsidRPr="00591B64">
        <w:t xml:space="preserve"> </w:t>
      </w:r>
      <w:proofErr w:type="spellStart"/>
      <w:r w:rsidRPr="00591B64">
        <w:t>bylo</w:t>
      </w:r>
      <w:proofErr w:type="spellEnd"/>
      <w:r w:rsidRPr="00591B64">
        <w:t xml:space="preserve"> </w:t>
      </w:r>
      <w:proofErr w:type="spellStart"/>
      <w:r w:rsidRPr="00591B64">
        <w:t>naslepo</w:t>
      </w:r>
      <w:proofErr w:type="spellEnd"/>
      <w:r w:rsidRPr="00591B64">
        <w:t xml:space="preserve"> </w:t>
      </w:r>
      <w:proofErr w:type="spellStart"/>
      <w:r w:rsidRPr="00591B64">
        <w:t>hodnoceno</w:t>
      </w:r>
      <w:proofErr w:type="spellEnd"/>
      <w:r w:rsidRPr="00591B64">
        <w:t xml:space="preserve"> 7 165 vín ze 49 </w:t>
      </w:r>
      <w:proofErr w:type="spellStart"/>
      <w:r w:rsidRPr="00591B64">
        <w:t>zemí</w:t>
      </w:r>
      <w:proofErr w:type="spellEnd"/>
      <w:r w:rsidRPr="00591B64">
        <w:t xml:space="preserve"> </w:t>
      </w:r>
      <w:proofErr w:type="spellStart"/>
      <w:r w:rsidRPr="00591B64">
        <w:t>světa</w:t>
      </w:r>
      <w:proofErr w:type="spellEnd"/>
      <w:r w:rsidRPr="00591B64">
        <w:t xml:space="preserve">. </w:t>
      </w:r>
      <w:proofErr w:type="spellStart"/>
      <w:r w:rsidRPr="00591B64">
        <w:t>Degustace</w:t>
      </w:r>
      <w:proofErr w:type="spellEnd"/>
      <w:r w:rsidRPr="00591B64">
        <w:t xml:space="preserve"> </w:t>
      </w:r>
      <w:proofErr w:type="spellStart"/>
      <w:r w:rsidRPr="00591B64">
        <w:t>probíhala</w:t>
      </w:r>
      <w:proofErr w:type="spellEnd"/>
      <w:r w:rsidRPr="00591B64">
        <w:t xml:space="preserve"> pod </w:t>
      </w:r>
      <w:proofErr w:type="spellStart"/>
      <w:r w:rsidRPr="00591B64">
        <w:t>dohledem</w:t>
      </w:r>
      <w:proofErr w:type="spellEnd"/>
      <w:r w:rsidRPr="00591B64">
        <w:t xml:space="preserve"> 375 </w:t>
      </w:r>
      <w:proofErr w:type="spellStart"/>
      <w:r w:rsidRPr="00591B64">
        <w:t>odborníků</w:t>
      </w:r>
      <w:proofErr w:type="spellEnd"/>
      <w:r w:rsidRPr="00591B64">
        <w:t xml:space="preserve"> z 56 </w:t>
      </w:r>
      <w:proofErr w:type="spellStart"/>
      <w:r w:rsidRPr="00591B64">
        <w:t>zemí</w:t>
      </w:r>
      <w:proofErr w:type="spellEnd"/>
      <w:r w:rsidRPr="00591B64">
        <w:t xml:space="preserve">, </w:t>
      </w:r>
      <w:proofErr w:type="spellStart"/>
      <w:r w:rsidRPr="00591B64">
        <w:t>což</w:t>
      </w:r>
      <w:proofErr w:type="spellEnd"/>
      <w:r w:rsidRPr="00591B64">
        <w:t xml:space="preserve"> z Concours Mondial de </w:t>
      </w:r>
      <w:proofErr w:type="spellStart"/>
      <w:r w:rsidRPr="00591B64">
        <w:t>Bruxelles</w:t>
      </w:r>
      <w:proofErr w:type="spellEnd"/>
      <w:r w:rsidRPr="00591B64">
        <w:t xml:space="preserve"> </w:t>
      </w:r>
      <w:proofErr w:type="spellStart"/>
      <w:r w:rsidRPr="00591B64">
        <w:t>činí</w:t>
      </w:r>
      <w:proofErr w:type="spellEnd"/>
      <w:r w:rsidRPr="00591B64">
        <w:t xml:space="preserve"> </w:t>
      </w:r>
      <w:proofErr w:type="spellStart"/>
      <w:r w:rsidRPr="00591B64">
        <w:t>nejmezinárodnější</w:t>
      </w:r>
      <w:proofErr w:type="spellEnd"/>
      <w:r w:rsidRPr="00591B64">
        <w:t xml:space="preserve"> </w:t>
      </w:r>
      <w:proofErr w:type="spellStart"/>
      <w:r w:rsidRPr="00591B64">
        <w:t>vinařskou</w:t>
      </w:r>
      <w:proofErr w:type="spellEnd"/>
      <w:r w:rsidRPr="00591B64">
        <w:t xml:space="preserve"> </w:t>
      </w:r>
      <w:proofErr w:type="spellStart"/>
      <w:r w:rsidRPr="00591B64">
        <w:t>soutěž</w:t>
      </w:r>
      <w:proofErr w:type="spellEnd"/>
      <w:r w:rsidRPr="00591B64">
        <w:t xml:space="preserve"> </w:t>
      </w:r>
      <w:proofErr w:type="spellStart"/>
      <w:r w:rsidRPr="00591B64">
        <w:t>na</w:t>
      </w:r>
      <w:proofErr w:type="spellEnd"/>
      <w:r w:rsidRPr="00591B64">
        <w:t xml:space="preserve"> </w:t>
      </w:r>
      <w:proofErr w:type="spellStart"/>
      <w:r w:rsidRPr="00591B64">
        <w:t>světě</w:t>
      </w:r>
      <w:proofErr w:type="spellEnd"/>
      <w:r w:rsidRPr="00591B64">
        <w:t xml:space="preserve">. </w:t>
      </w:r>
      <w:proofErr w:type="spellStart"/>
      <w:r w:rsidRPr="00591B64">
        <w:t>Její</w:t>
      </w:r>
      <w:proofErr w:type="spellEnd"/>
      <w:r w:rsidRPr="00591B64">
        <w:t xml:space="preserve"> </w:t>
      </w:r>
      <w:proofErr w:type="spellStart"/>
      <w:r w:rsidRPr="00591B64">
        <w:t>prestiž</w:t>
      </w:r>
      <w:proofErr w:type="spellEnd"/>
      <w:r w:rsidRPr="00591B64">
        <w:t xml:space="preserve"> </w:t>
      </w:r>
      <w:proofErr w:type="spellStart"/>
      <w:r w:rsidRPr="00591B64">
        <w:t>spočívá</w:t>
      </w:r>
      <w:proofErr w:type="spellEnd"/>
      <w:r w:rsidRPr="00591B64">
        <w:t xml:space="preserve"> </w:t>
      </w:r>
      <w:proofErr w:type="spellStart"/>
      <w:r w:rsidRPr="00591B64">
        <w:t>nejen</w:t>
      </w:r>
      <w:proofErr w:type="spellEnd"/>
      <w:r w:rsidRPr="00591B64">
        <w:t xml:space="preserve"> v </w:t>
      </w:r>
      <w:proofErr w:type="spellStart"/>
      <w:r w:rsidRPr="00591B64">
        <w:t>rozsahu</w:t>
      </w:r>
      <w:proofErr w:type="spellEnd"/>
      <w:r w:rsidRPr="00591B64">
        <w:t>, ale</w:t>
      </w:r>
      <w:r w:rsidR="00DF3DB9">
        <w:t xml:space="preserve"> i </w:t>
      </w:r>
      <w:r w:rsidRPr="00591B64">
        <w:t>v</w:t>
      </w:r>
      <w:r w:rsidR="007E3598">
        <w:t> </w:t>
      </w:r>
      <w:proofErr w:type="spellStart"/>
      <w:r w:rsidRPr="00591B64">
        <w:t>pestrosti</w:t>
      </w:r>
      <w:proofErr w:type="spellEnd"/>
      <w:r w:rsidRPr="00591B64">
        <w:t xml:space="preserve"> </w:t>
      </w:r>
      <w:proofErr w:type="spellStart"/>
      <w:r w:rsidRPr="00591B64">
        <w:t>degustačního</w:t>
      </w:r>
      <w:proofErr w:type="spellEnd"/>
      <w:r w:rsidRPr="00591B64">
        <w:t xml:space="preserve"> </w:t>
      </w:r>
      <w:proofErr w:type="spellStart"/>
      <w:r w:rsidRPr="00591B64">
        <w:t>panelu</w:t>
      </w:r>
      <w:proofErr w:type="spellEnd"/>
      <w:r w:rsidRPr="00591B64">
        <w:t xml:space="preserve"> </w:t>
      </w:r>
      <w:proofErr w:type="spellStart"/>
      <w:r w:rsidRPr="00591B64">
        <w:t>složeného</w:t>
      </w:r>
      <w:proofErr w:type="spellEnd"/>
      <w:r w:rsidRPr="00591B64">
        <w:t xml:space="preserve"> z </w:t>
      </w:r>
      <w:proofErr w:type="spellStart"/>
      <w:r w:rsidRPr="00591B64">
        <w:t>enologů</w:t>
      </w:r>
      <w:proofErr w:type="spellEnd"/>
      <w:r w:rsidRPr="00591B64">
        <w:t xml:space="preserve">, </w:t>
      </w:r>
      <w:proofErr w:type="spellStart"/>
      <w:r w:rsidRPr="00591B64">
        <w:t>someliérů</w:t>
      </w:r>
      <w:proofErr w:type="spellEnd"/>
      <w:r w:rsidRPr="00591B64">
        <w:t xml:space="preserve">, </w:t>
      </w:r>
      <w:proofErr w:type="spellStart"/>
      <w:r w:rsidRPr="00591B64">
        <w:t>novinářů</w:t>
      </w:r>
      <w:proofErr w:type="spellEnd"/>
      <w:r w:rsidRPr="00591B64">
        <w:t xml:space="preserve"> a </w:t>
      </w:r>
      <w:proofErr w:type="spellStart"/>
      <w:r w:rsidRPr="00591B64">
        <w:t>dalších</w:t>
      </w:r>
      <w:proofErr w:type="spellEnd"/>
      <w:r w:rsidRPr="00591B64">
        <w:t xml:space="preserve"> </w:t>
      </w:r>
      <w:proofErr w:type="spellStart"/>
      <w:r w:rsidRPr="00591B64">
        <w:t>odborníků</w:t>
      </w:r>
      <w:proofErr w:type="spellEnd"/>
      <w:r w:rsidRPr="00591B64">
        <w:t>.</w:t>
      </w:r>
    </w:p>
    <w:p w14:paraId="709F2261" w14:textId="17116D0B" w:rsidR="00591B64" w:rsidRDefault="008910F3" w:rsidP="008964BD">
      <w:pPr>
        <w:jc w:val="both"/>
      </w:pPr>
      <w:proofErr w:type="spellStart"/>
      <w:r>
        <w:t>Velký</w:t>
      </w:r>
      <w:proofErr w:type="spellEnd"/>
      <w:r>
        <w:t xml:space="preserve"> </w:t>
      </w:r>
      <w:proofErr w:type="spellStart"/>
      <w:r>
        <w:t>úspěch</w:t>
      </w:r>
      <w:proofErr w:type="spellEnd"/>
      <w:r>
        <w:t xml:space="preserve"> </w:t>
      </w:r>
      <w:proofErr w:type="spellStart"/>
      <w:r>
        <w:t>zaznamenalo</w:t>
      </w:r>
      <w:proofErr w:type="spellEnd"/>
      <w:r>
        <w:t xml:space="preserve"> </w:t>
      </w:r>
      <w:r w:rsidR="00591B64">
        <w:t xml:space="preserve">v </w:t>
      </w:r>
      <w:proofErr w:type="spellStart"/>
      <w:r w:rsidR="00591B64">
        <w:t>rámci</w:t>
      </w:r>
      <w:proofErr w:type="spellEnd"/>
      <w:r w:rsidR="00591B64">
        <w:t xml:space="preserve"> </w:t>
      </w:r>
      <w:proofErr w:type="spellStart"/>
      <w:r>
        <w:t>soutěž</w:t>
      </w:r>
      <w:r w:rsidR="00591B64">
        <w:t>e</w:t>
      </w:r>
      <w:proofErr w:type="spellEnd"/>
      <w:r w:rsidR="00F87A0F">
        <w:t xml:space="preserve"> </w:t>
      </w:r>
      <w:r w:rsidRPr="008910F3">
        <w:t xml:space="preserve">B\V vinařství, </w:t>
      </w:r>
      <w:proofErr w:type="spellStart"/>
      <w:r w:rsidRPr="008910F3">
        <w:t>které</w:t>
      </w:r>
      <w:proofErr w:type="spellEnd"/>
      <w:r w:rsidRPr="008910F3">
        <w:t xml:space="preserve"> </w:t>
      </w:r>
      <w:r w:rsidR="00591B64">
        <w:t xml:space="preserve">v </w:t>
      </w:r>
      <w:proofErr w:type="spellStart"/>
      <w:r w:rsidR="00591B64">
        <w:t>Číně</w:t>
      </w:r>
      <w:proofErr w:type="spellEnd"/>
      <w:r w:rsidR="00591B64">
        <w:t xml:space="preserve"> </w:t>
      </w:r>
      <w:proofErr w:type="spellStart"/>
      <w:r w:rsidR="003F5390">
        <w:t>vybojovalo</w:t>
      </w:r>
      <w:proofErr w:type="spellEnd"/>
      <w:r w:rsidR="003F5390">
        <w:t xml:space="preserve"> </w:t>
      </w:r>
      <w:r w:rsidRPr="008910F3">
        <w:t xml:space="preserve">8 </w:t>
      </w:r>
      <w:proofErr w:type="spellStart"/>
      <w:r w:rsidRPr="008910F3">
        <w:t>zlatých</w:t>
      </w:r>
      <w:proofErr w:type="spellEnd"/>
      <w:r w:rsidRPr="008910F3">
        <w:t xml:space="preserve"> </w:t>
      </w:r>
      <w:proofErr w:type="gramStart"/>
      <w:r w:rsidRPr="008910F3">
        <w:t>a</w:t>
      </w:r>
      <w:proofErr w:type="gramEnd"/>
      <w:r w:rsidR="00F87A0F">
        <w:t xml:space="preserve"> </w:t>
      </w:r>
      <w:r w:rsidR="00761B75">
        <w:t>8</w:t>
      </w:r>
      <w:r w:rsidRPr="008910F3">
        <w:t xml:space="preserve"> </w:t>
      </w:r>
      <w:proofErr w:type="spellStart"/>
      <w:r w:rsidRPr="008910F3">
        <w:t>stříbrných</w:t>
      </w:r>
      <w:proofErr w:type="spellEnd"/>
      <w:r w:rsidRPr="008910F3">
        <w:t xml:space="preserve"> </w:t>
      </w:r>
      <w:proofErr w:type="spellStart"/>
      <w:r w:rsidRPr="008910F3">
        <w:t>medailí</w:t>
      </w:r>
      <w:proofErr w:type="spellEnd"/>
      <w:r w:rsidRPr="008910F3">
        <w:t xml:space="preserve">. </w:t>
      </w:r>
      <w:proofErr w:type="spellStart"/>
      <w:r w:rsidRPr="008910F3">
        <w:t>Zlatem</w:t>
      </w:r>
      <w:proofErr w:type="spellEnd"/>
      <w:r w:rsidRPr="008910F3">
        <w:t xml:space="preserve"> </w:t>
      </w:r>
      <w:proofErr w:type="spellStart"/>
      <w:r w:rsidRPr="008910F3">
        <w:t>oceněn</w:t>
      </w:r>
      <w:r>
        <w:t>á</w:t>
      </w:r>
      <w:proofErr w:type="spellEnd"/>
      <w:r w:rsidRPr="008910F3">
        <w:t xml:space="preserve"> </w:t>
      </w:r>
      <w:proofErr w:type="spellStart"/>
      <w:r w:rsidRPr="008910F3">
        <w:t>byl</w:t>
      </w:r>
      <w:r>
        <w:t>a</w:t>
      </w:r>
      <w:proofErr w:type="spellEnd"/>
      <w:r w:rsidRPr="008910F3">
        <w:t xml:space="preserve"> </w:t>
      </w:r>
      <w:proofErr w:type="spellStart"/>
      <w:r w:rsidRPr="008910F3">
        <w:t>mimo</w:t>
      </w:r>
      <w:proofErr w:type="spellEnd"/>
      <w:r w:rsidRPr="008910F3">
        <w:t xml:space="preserve"> </w:t>
      </w:r>
      <w:proofErr w:type="spellStart"/>
      <w:r w:rsidRPr="008910F3">
        <w:t>jiné</w:t>
      </w:r>
      <w:proofErr w:type="spellEnd"/>
      <w:r w:rsidR="00761B75">
        <w:t xml:space="preserve"> </w:t>
      </w:r>
      <w:r w:rsidRPr="008910F3">
        <w:t xml:space="preserve">vína </w:t>
      </w:r>
      <w:proofErr w:type="spellStart"/>
      <w:r w:rsidRPr="008910F3">
        <w:t>Veltlínské</w:t>
      </w:r>
      <w:proofErr w:type="spellEnd"/>
      <w:r w:rsidRPr="008910F3">
        <w:t xml:space="preserve"> </w:t>
      </w:r>
      <w:proofErr w:type="spellStart"/>
      <w:r w:rsidRPr="008910F3">
        <w:t>zelené</w:t>
      </w:r>
      <w:proofErr w:type="spellEnd"/>
      <w:r w:rsidRPr="008910F3">
        <w:t xml:space="preserve"> </w:t>
      </w:r>
      <w:proofErr w:type="spellStart"/>
      <w:r w:rsidRPr="008910F3">
        <w:t>pozdní</w:t>
      </w:r>
      <w:proofErr w:type="spellEnd"/>
      <w:r w:rsidRPr="008910F3">
        <w:t xml:space="preserve"> </w:t>
      </w:r>
      <w:proofErr w:type="spellStart"/>
      <w:r w:rsidRPr="008910F3">
        <w:t>sběr</w:t>
      </w:r>
      <w:proofErr w:type="spellEnd"/>
      <w:r w:rsidRPr="008910F3">
        <w:t xml:space="preserve"> 2023, Cabernet Sauvignon </w:t>
      </w:r>
      <w:proofErr w:type="spellStart"/>
      <w:r w:rsidRPr="008910F3">
        <w:t>R</w:t>
      </w:r>
      <w:r>
        <w:t>eserva</w:t>
      </w:r>
      <w:proofErr w:type="spellEnd"/>
      <w:r w:rsidRPr="008910F3">
        <w:t xml:space="preserve"> </w:t>
      </w:r>
      <w:proofErr w:type="spellStart"/>
      <w:r w:rsidRPr="008910F3">
        <w:t>výběr</w:t>
      </w:r>
      <w:proofErr w:type="spellEnd"/>
      <w:r w:rsidRPr="008910F3">
        <w:t xml:space="preserve"> z </w:t>
      </w:r>
      <w:proofErr w:type="spellStart"/>
      <w:r w:rsidRPr="008910F3">
        <w:t>hroznů</w:t>
      </w:r>
      <w:proofErr w:type="spellEnd"/>
      <w:r w:rsidRPr="008910F3">
        <w:t xml:space="preserve"> 2018 </w:t>
      </w:r>
      <w:proofErr w:type="spellStart"/>
      <w:r w:rsidRPr="008910F3">
        <w:t>nebo</w:t>
      </w:r>
      <w:proofErr w:type="spellEnd"/>
      <w:r w:rsidRPr="008910F3">
        <w:t xml:space="preserve"> </w:t>
      </w:r>
      <w:proofErr w:type="spellStart"/>
      <w:r w:rsidRPr="008910F3">
        <w:t>Mu</w:t>
      </w:r>
      <w:r>
        <w:t>š</w:t>
      </w:r>
      <w:r w:rsidRPr="008910F3">
        <w:t>k</w:t>
      </w:r>
      <w:r>
        <w:t>á</w:t>
      </w:r>
      <w:r w:rsidRPr="008910F3">
        <w:t>t</w:t>
      </w:r>
      <w:proofErr w:type="spellEnd"/>
      <w:r w:rsidRPr="008910F3">
        <w:t xml:space="preserve"> </w:t>
      </w:r>
      <w:proofErr w:type="spellStart"/>
      <w:r w:rsidRPr="008910F3">
        <w:t>moravský</w:t>
      </w:r>
      <w:proofErr w:type="spellEnd"/>
      <w:r w:rsidRPr="008910F3">
        <w:t xml:space="preserve"> </w:t>
      </w:r>
      <w:proofErr w:type="spellStart"/>
      <w:r>
        <w:t>Reserva</w:t>
      </w:r>
      <w:proofErr w:type="spellEnd"/>
      <w:r w:rsidRPr="008910F3">
        <w:t xml:space="preserve"> 2021.</w:t>
      </w:r>
      <w:r w:rsidR="00591B64">
        <w:t xml:space="preserve"> </w:t>
      </w:r>
      <w:r w:rsidR="00591B64" w:rsidRPr="00DF3DB9">
        <w:t xml:space="preserve">“Pro </w:t>
      </w:r>
      <w:proofErr w:type="spellStart"/>
      <w:r w:rsidR="00591B64" w:rsidRPr="00DF3DB9">
        <w:t>naše</w:t>
      </w:r>
      <w:proofErr w:type="spellEnd"/>
      <w:r w:rsidR="00591B64" w:rsidRPr="00DF3DB9">
        <w:t xml:space="preserve"> vinařství je to </w:t>
      </w:r>
      <w:proofErr w:type="spellStart"/>
      <w:r w:rsidR="00591B64" w:rsidRPr="00DF3DB9">
        <w:t>obrovská</w:t>
      </w:r>
      <w:proofErr w:type="spellEnd"/>
      <w:r w:rsidR="00591B64" w:rsidRPr="00DF3DB9">
        <w:t xml:space="preserve"> </w:t>
      </w:r>
      <w:proofErr w:type="spellStart"/>
      <w:r w:rsidR="00591B64" w:rsidRPr="00DF3DB9">
        <w:t>čest</w:t>
      </w:r>
      <w:proofErr w:type="spellEnd"/>
      <w:r w:rsidR="00591B64" w:rsidRPr="00DF3DB9">
        <w:t xml:space="preserve"> a </w:t>
      </w:r>
      <w:proofErr w:type="spellStart"/>
      <w:r w:rsidR="00591B64" w:rsidRPr="00DF3DB9">
        <w:t>důkaz</w:t>
      </w:r>
      <w:proofErr w:type="spellEnd"/>
      <w:r w:rsidR="00591B64" w:rsidRPr="00DF3DB9">
        <w:t xml:space="preserve">, </w:t>
      </w:r>
      <w:proofErr w:type="spellStart"/>
      <w:r w:rsidR="00591B64" w:rsidRPr="00DF3DB9">
        <w:t>že</w:t>
      </w:r>
      <w:proofErr w:type="spellEnd"/>
      <w:r w:rsidR="00591B64" w:rsidRPr="00DF3DB9">
        <w:t xml:space="preserve"> i vína z </w:t>
      </w:r>
      <w:proofErr w:type="spellStart"/>
      <w:r w:rsidR="00591B64" w:rsidRPr="00DF3DB9">
        <w:t>našich</w:t>
      </w:r>
      <w:proofErr w:type="spellEnd"/>
      <w:r w:rsidR="00591B64" w:rsidRPr="00DF3DB9">
        <w:t xml:space="preserve"> </w:t>
      </w:r>
      <w:proofErr w:type="spellStart"/>
      <w:r w:rsidR="00591B64" w:rsidRPr="00DF3DB9">
        <w:t>vinic</w:t>
      </w:r>
      <w:proofErr w:type="spellEnd"/>
      <w:r w:rsidR="00591B64" w:rsidRPr="00DF3DB9">
        <w:t xml:space="preserve"> </w:t>
      </w:r>
      <w:proofErr w:type="spellStart"/>
      <w:r w:rsidR="00591B64" w:rsidRPr="00DF3DB9">
        <w:t>obstojí</w:t>
      </w:r>
      <w:proofErr w:type="spellEnd"/>
      <w:r w:rsidR="00591B64" w:rsidRPr="00DF3DB9">
        <w:t xml:space="preserve"> v </w:t>
      </w:r>
      <w:proofErr w:type="spellStart"/>
      <w:r w:rsidR="00591B64" w:rsidRPr="00DF3DB9">
        <w:t>přísném</w:t>
      </w:r>
      <w:proofErr w:type="spellEnd"/>
      <w:r w:rsidR="00591B64" w:rsidRPr="00DF3DB9">
        <w:t xml:space="preserve"> </w:t>
      </w:r>
      <w:proofErr w:type="spellStart"/>
      <w:r w:rsidR="00591B64" w:rsidRPr="00DF3DB9">
        <w:t>mezinárodním</w:t>
      </w:r>
      <w:proofErr w:type="spellEnd"/>
      <w:r w:rsidR="00591B64" w:rsidRPr="00DF3DB9">
        <w:t xml:space="preserve"> </w:t>
      </w:r>
      <w:proofErr w:type="spellStart"/>
      <w:r w:rsidR="00591B64" w:rsidRPr="00DF3DB9">
        <w:t>srovnání</w:t>
      </w:r>
      <w:proofErr w:type="spellEnd"/>
      <w:r w:rsidR="00591B64" w:rsidRPr="00DF3DB9">
        <w:t xml:space="preserve">. </w:t>
      </w:r>
      <w:proofErr w:type="spellStart"/>
      <w:r w:rsidR="00591B64" w:rsidRPr="00DF3DB9">
        <w:t>Získat</w:t>
      </w:r>
      <w:proofErr w:type="spellEnd"/>
      <w:r w:rsidR="00591B64" w:rsidRPr="00DF3DB9">
        <w:t xml:space="preserve"> </w:t>
      </w:r>
      <w:proofErr w:type="spellStart"/>
      <w:r w:rsidR="00591B64" w:rsidRPr="00DF3DB9">
        <w:t>medaili</w:t>
      </w:r>
      <w:proofErr w:type="spellEnd"/>
      <w:r w:rsidR="00591B64" w:rsidRPr="00DF3DB9">
        <w:t xml:space="preserve"> </w:t>
      </w:r>
      <w:proofErr w:type="spellStart"/>
      <w:r w:rsidR="00591B64" w:rsidRPr="00DF3DB9">
        <w:t>na</w:t>
      </w:r>
      <w:proofErr w:type="spellEnd"/>
      <w:r w:rsidR="00591B64" w:rsidRPr="00DF3DB9">
        <w:t xml:space="preserve"> </w:t>
      </w:r>
      <w:proofErr w:type="spellStart"/>
      <w:r w:rsidR="00591B64" w:rsidRPr="00DF3DB9">
        <w:t>této</w:t>
      </w:r>
      <w:proofErr w:type="spellEnd"/>
      <w:r w:rsidR="00591B64" w:rsidRPr="00DF3DB9">
        <w:t xml:space="preserve"> </w:t>
      </w:r>
      <w:proofErr w:type="spellStart"/>
      <w:r w:rsidR="00591B64" w:rsidRPr="00DF3DB9">
        <w:t>soutěži</w:t>
      </w:r>
      <w:proofErr w:type="spellEnd"/>
      <w:r w:rsidR="00591B64" w:rsidRPr="00DF3DB9">
        <w:t xml:space="preserve"> </w:t>
      </w:r>
      <w:proofErr w:type="spellStart"/>
      <w:r w:rsidR="00591B64" w:rsidRPr="00DF3DB9">
        <w:t>není</w:t>
      </w:r>
      <w:proofErr w:type="spellEnd"/>
      <w:r w:rsidR="00591B64" w:rsidRPr="00DF3DB9">
        <w:t xml:space="preserve"> </w:t>
      </w:r>
      <w:proofErr w:type="spellStart"/>
      <w:r w:rsidR="00591B64" w:rsidRPr="00DF3DB9">
        <w:t>samozřejmost</w:t>
      </w:r>
      <w:proofErr w:type="spellEnd"/>
      <w:r w:rsidR="00591B64" w:rsidRPr="00DF3DB9">
        <w:t xml:space="preserve">. </w:t>
      </w:r>
      <w:proofErr w:type="spellStart"/>
      <w:r w:rsidR="00591B64" w:rsidRPr="00DF3DB9">
        <w:t>Zlatem</w:t>
      </w:r>
      <w:proofErr w:type="spellEnd"/>
      <w:r w:rsidR="00591B64" w:rsidRPr="00DF3DB9">
        <w:t xml:space="preserve"> je </w:t>
      </w:r>
      <w:proofErr w:type="spellStart"/>
      <w:r w:rsidR="00591B64" w:rsidRPr="00DF3DB9">
        <w:t>oceněno</w:t>
      </w:r>
      <w:proofErr w:type="spellEnd"/>
      <w:r w:rsidR="00591B64" w:rsidRPr="00DF3DB9">
        <w:t xml:space="preserve"> </w:t>
      </w:r>
      <w:proofErr w:type="spellStart"/>
      <w:r w:rsidR="00591B64" w:rsidRPr="00DF3DB9">
        <w:t>jen</w:t>
      </w:r>
      <w:proofErr w:type="spellEnd"/>
      <w:r w:rsidR="00591B64" w:rsidRPr="00DF3DB9">
        <w:t xml:space="preserve"> </w:t>
      </w:r>
      <w:proofErr w:type="spellStart"/>
      <w:r w:rsidR="00591B64" w:rsidRPr="00DF3DB9">
        <w:t>kolem</w:t>
      </w:r>
      <w:proofErr w:type="spellEnd"/>
      <w:r w:rsidR="00591B64" w:rsidRPr="00DF3DB9">
        <w:t xml:space="preserve"> </w:t>
      </w:r>
      <w:proofErr w:type="spellStart"/>
      <w:r w:rsidR="00761B75" w:rsidRPr="00DF3DB9">
        <w:t>deseti</w:t>
      </w:r>
      <w:proofErr w:type="spellEnd"/>
      <w:r w:rsidR="00761B75" w:rsidRPr="00DF3DB9">
        <w:t xml:space="preserve"> </w:t>
      </w:r>
      <w:proofErr w:type="spellStart"/>
      <w:r w:rsidR="00761B75" w:rsidRPr="00DF3DB9">
        <w:t>procent</w:t>
      </w:r>
      <w:proofErr w:type="spellEnd"/>
      <w:r w:rsidR="00591B64" w:rsidRPr="00DF3DB9">
        <w:t xml:space="preserve"> </w:t>
      </w:r>
      <w:proofErr w:type="spellStart"/>
      <w:r w:rsidR="00591B64" w:rsidRPr="00DF3DB9">
        <w:t>přihlášených</w:t>
      </w:r>
      <w:proofErr w:type="spellEnd"/>
      <w:r w:rsidR="00591B64" w:rsidRPr="00DF3DB9">
        <w:t xml:space="preserve"> vín a </w:t>
      </w:r>
      <w:proofErr w:type="spellStart"/>
      <w:r w:rsidR="00591B64" w:rsidRPr="00DF3DB9">
        <w:t>když</w:t>
      </w:r>
      <w:proofErr w:type="spellEnd"/>
      <w:r w:rsidR="00591B64" w:rsidRPr="00DF3DB9">
        <w:t xml:space="preserve"> </w:t>
      </w:r>
      <w:proofErr w:type="spellStart"/>
      <w:r w:rsidR="00591B64" w:rsidRPr="00DF3DB9">
        <w:t>porota</w:t>
      </w:r>
      <w:proofErr w:type="spellEnd"/>
      <w:r w:rsidR="00591B64" w:rsidRPr="00DF3DB9">
        <w:t xml:space="preserve"> </w:t>
      </w:r>
      <w:proofErr w:type="spellStart"/>
      <w:r w:rsidR="00591B64" w:rsidRPr="00DF3DB9">
        <w:t>udělí</w:t>
      </w:r>
      <w:proofErr w:type="spellEnd"/>
      <w:r w:rsidR="00591B64" w:rsidRPr="00DF3DB9">
        <w:t xml:space="preserve"> </w:t>
      </w:r>
      <w:proofErr w:type="spellStart"/>
      <w:r w:rsidR="00591B64" w:rsidRPr="00DF3DB9">
        <w:t>některému</w:t>
      </w:r>
      <w:proofErr w:type="spellEnd"/>
      <w:r w:rsidR="00591B64" w:rsidRPr="00DF3DB9">
        <w:t xml:space="preserve"> </w:t>
      </w:r>
      <w:proofErr w:type="spellStart"/>
      <w:r w:rsidR="00591B64" w:rsidRPr="00DF3DB9">
        <w:t>našemu</w:t>
      </w:r>
      <w:proofErr w:type="spellEnd"/>
      <w:r w:rsidR="00591B64" w:rsidRPr="00DF3DB9">
        <w:t xml:space="preserve"> </w:t>
      </w:r>
      <w:proofErr w:type="spellStart"/>
      <w:r w:rsidR="00591B64" w:rsidRPr="00DF3DB9">
        <w:t>vínu</w:t>
      </w:r>
      <w:proofErr w:type="spellEnd"/>
      <w:r w:rsidR="00591B64" w:rsidRPr="00DF3DB9">
        <w:t xml:space="preserve"> </w:t>
      </w:r>
      <w:proofErr w:type="spellStart"/>
      <w:r w:rsidR="00591B64" w:rsidRPr="00DF3DB9">
        <w:t>právě</w:t>
      </w:r>
      <w:proofErr w:type="spellEnd"/>
      <w:r w:rsidR="00591B64" w:rsidRPr="00DF3DB9">
        <w:t xml:space="preserve"> </w:t>
      </w:r>
      <w:proofErr w:type="spellStart"/>
      <w:r w:rsidR="00591B64" w:rsidRPr="00DF3DB9">
        <w:t>tuto</w:t>
      </w:r>
      <w:proofErr w:type="spellEnd"/>
      <w:r w:rsidR="00591B64" w:rsidRPr="00DF3DB9">
        <w:t xml:space="preserve"> </w:t>
      </w:r>
      <w:proofErr w:type="spellStart"/>
      <w:r w:rsidR="00591B64" w:rsidRPr="00DF3DB9">
        <w:t>medaili</w:t>
      </w:r>
      <w:proofErr w:type="spellEnd"/>
      <w:r w:rsidR="00591B64" w:rsidRPr="00DF3DB9">
        <w:t xml:space="preserve">, </w:t>
      </w:r>
      <w:proofErr w:type="spellStart"/>
      <w:r w:rsidR="00591B64" w:rsidRPr="00DF3DB9">
        <w:t>vnímáme</w:t>
      </w:r>
      <w:proofErr w:type="spellEnd"/>
      <w:r w:rsidR="00591B64" w:rsidRPr="00DF3DB9">
        <w:t xml:space="preserve"> to </w:t>
      </w:r>
      <w:proofErr w:type="spellStart"/>
      <w:r w:rsidR="00591B64" w:rsidRPr="00DF3DB9">
        <w:t>jako</w:t>
      </w:r>
      <w:proofErr w:type="spellEnd"/>
      <w:r w:rsidR="00591B64" w:rsidRPr="00DF3DB9">
        <w:t xml:space="preserve"> </w:t>
      </w:r>
      <w:proofErr w:type="spellStart"/>
      <w:r w:rsidR="00591B64" w:rsidRPr="00DF3DB9">
        <w:t>silné</w:t>
      </w:r>
      <w:proofErr w:type="spellEnd"/>
      <w:r w:rsidR="00591B64" w:rsidRPr="00DF3DB9">
        <w:t xml:space="preserve"> </w:t>
      </w:r>
      <w:proofErr w:type="spellStart"/>
      <w:r w:rsidR="00591B64" w:rsidRPr="00DF3DB9">
        <w:t>potvrzení</w:t>
      </w:r>
      <w:proofErr w:type="spellEnd"/>
      <w:r w:rsidR="00591B64" w:rsidRPr="00DF3DB9">
        <w:t xml:space="preserve"> </w:t>
      </w:r>
      <w:proofErr w:type="spellStart"/>
      <w:r w:rsidR="00591B64" w:rsidRPr="00DF3DB9">
        <w:t>kvality</w:t>
      </w:r>
      <w:proofErr w:type="spellEnd"/>
      <w:r w:rsidR="00591B64" w:rsidRPr="00DF3DB9">
        <w:t>,</w:t>
      </w:r>
      <w:r w:rsidR="00D63EE3" w:rsidRPr="00DF3DB9">
        <w:t>”</w:t>
      </w:r>
      <w:r w:rsidR="00591B64" w:rsidRPr="00DF3DB9">
        <w:t xml:space="preserve"> </w:t>
      </w:r>
      <w:proofErr w:type="spellStart"/>
      <w:r w:rsidR="00591B64" w:rsidRPr="00DF3DB9">
        <w:t>uvedl</w:t>
      </w:r>
      <w:proofErr w:type="spellEnd"/>
      <w:r w:rsidR="00591B64" w:rsidRPr="00DF3DB9">
        <w:t xml:space="preserve"> </w:t>
      </w:r>
      <w:proofErr w:type="spellStart"/>
      <w:r w:rsidR="00591B64" w:rsidRPr="00DF3DB9">
        <w:t>sklepmistr</w:t>
      </w:r>
      <w:proofErr w:type="spellEnd"/>
      <w:r w:rsidR="00591B64" w:rsidRPr="00DF3DB9">
        <w:t xml:space="preserve"> vinařství Jiří Toman.</w:t>
      </w:r>
    </w:p>
    <w:p w14:paraId="42CB6993" w14:textId="7F9261A0" w:rsidR="008910F3" w:rsidRPr="00867C60" w:rsidRDefault="008910F3" w:rsidP="008964BD">
      <w:pPr>
        <w:jc w:val="both"/>
      </w:pPr>
      <w:proofErr w:type="spellStart"/>
      <w:r w:rsidRPr="008910F3">
        <w:t>Zlaté</w:t>
      </w:r>
      <w:proofErr w:type="spellEnd"/>
      <w:r w:rsidRPr="008910F3">
        <w:t xml:space="preserve"> </w:t>
      </w:r>
      <w:proofErr w:type="spellStart"/>
      <w:r w:rsidRPr="008910F3">
        <w:t>medaile</w:t>
      </w:r>
      <w:proofErr w:type="spellEnd"/>
      <w:r w:rsidRPr="008910F3">
        <w:t xml:space="preserve"> </w:t>
      </w:r>
      <w:proofErr w:type="spellStart"/>
      <w:r w:rsidRPr="008910F3">
        <w:t>si</w:t>
      </w:r>
      <w:proofErr w:type="spellEnd"/>
      <w:r w:rsidRPr="008910F3">
        <w:t xml:space="preserve"> z </w:t>
      </w:r>
      <w:proofErr w:type="spellStart"/>
      <w:r w:rsidRPr="008910F3">
        <w:t>letošního</w:t>
      </w:r>
      <w:proofErr w:type="spellEnd"/>
      <w:r w:rsidRPr="008910F3">
        <w:t xml:space="preserve"> </w:t>
      </w:r>
      <w:proofErr w:type="spellStart"/>
      <w:r w:rsidRPr="008910F3">
        <w:t>ročníku</w:t>
      </w:r>
      <w:proofErr w:type="spellEnd"/>
      <w:r w:rsidR="00DF3DB9">
        <w:t xml:space="preserve"> </w:t>
      </w:r>
      <w:proofErr w:type="spellStart"/>
      <w:r w:rsidR="00DF3DB9">
        <w:t>soutěže</w:t>
      </w:r>
      <w:proofErr w:type="spellEnd"/>
      <w:r w:rsidRPr="008910F3">
        <w:t xml:space="preserve"> </w:t>
      </w:r>
      <w:proofErr w:type="spellStart"/>
      <w:r w:rsidRPr="008910F3">
        <w:t>odv</w:t>
      </w:r>
      <w:r w:rsidR="00591B64">
        <w:t>ezlo</w:t>
      </w:r>
      <w:proofErr w:type="spellEnd"/>
      <w:r w:rsidRPr="008910F3">
        <w:t xml:space="preserve"> </w:t>
      </w:r>
      <w:proofErr w:type="spellStart"/>
      <w:r w:rsidRPr="008910F3">
        <w:t>také</w:t>
      </w:r>
      <w:proofErr w:type="spellEnd"/>
      <w:r w:rsidRPr="008910F3">
        <w:t xml:space="preserve"> Vinařství LAHOFER, a to za </w:t>
      </w:r>
      <w:proofErr w:type="spellStart"/>
      <w:r w:rsidRPr="008910F3">
        <w:t>Ryzlink</w:t>
      </w:r>
      <w:proofErr w:type="spellEnd"/>
      <w:r w:rsidRPr="008910F3">
        <w:t xml:space="preserve"> </w:t>
      </w:r>
      <w:proofErr w:type="spellStart"/>
      <w:r w:rsidRPr="008910F3">
        <w:t>rýnský</w:t>
      </w:r>
      <w:proofErr w:type="spellEnd"/>
      <w:r w:rsidRPr="008910F3">
        <w:t xml:space="preserve"> VOC Znojmo 2023 a </w:t>
      </w:r>
      <w:proofErr w:type="spellStart"/>
      <w:r w:rsidRPr="008910F3">
        <w:t>Rulandské</w:t>
      </w:r>
      <w:proofErr w:type="spellEnd"/>
      <w:r w:rsidRPr="008910F3">
        <w:t xml:space="preserve"> </w:t>
      </w:r>
      <w:proofErr w:type="spellStart"/>
      <w:r w:rsidRPr="008910F3">
        <w:t>šedé</w:t>
      </w:r>
      <w:proofErr w:type="spellEnd"/>
      <w:r w:rsidRPr="008910F3">
        <w:t xml:space="preserve"> 2021. </w:t>
      </w:r>
      <w:proofErr w:type="spellStart"/>
      <w:r w:rsidRPr="008910F3">
        <w:t>Úspěšn</w:t>
      </w:r>
      <w:r w:rsidR="003F5390">
        <w:t>é</w:t>
      </w:r>
      <w:proofErr w:type="spellEnd"/>
      <w:r w:rsidRPr="008910F3">
        <w:t xml:space="preserve"> </w:t>
      </w:r>
      <w:proofErr w:type="spellStart"/>
      <w:r w:rsidRPr="008910F3">
        <w:t>byl</w:t>
      </w:r>
      <w:r w:rsidR="003F5390">
        <w:t>o</w:t>
      </w:r>
      <w:proofErr w:type="spellEnd"/>
      <w:r w:rsidRPr="008910F3">
        <w:t xml:space="preserve"> </w:t>
      </w:r>
      <w:proofErr w:type="spellStart"/>
      <w:r w:rsidR="003F5390">
        <w:t>také</w:t>
      </w:r>
      <w:proofErr w:type="spellEnd"/>
      <w:r w:rsidRPr="008910F3">
        <w:t xml:space="preserve"> </w:t>
      </w:r>
      <w:r w:rsidR="003F5390" w:rsidRPr="00867C60">
        <w:t xml:space="preserve">Vinařství </w:t>
      </w:r>
      <w:proofErr w:type="spellStart"/>
      <w:r w:rsidR="003F5390" w:rsidRPr="00867C60">
        <w:t>Volařík</w:t>
      </w:r>
      <w:proofErr w:type="spellEnd"/>
      <w:r w:rsidRPr="00867C60">
        <w:t xml:space="preserve">, </w:t>
      </w:r>
      <w:proofErr w:type="spellStart"/>
      <w:r w:rsidRPr="00867C60">
        <w:t>kter</w:t>
      </w:r>
      <w:r w:rsidR="003F5390" w:rsidRPr="00867C60">
        <w:t>é</w:t>
      </w:r>
      <w:proofErr w:type="spellEnd"/>
      <w:r w:rsidRPr="00867C60">
        <w:t xml:space="preserve"> </w:t>
      </w:r>
      <w:proofErr w:type="spellStart"/>
      <w:r w:rsidRPr="00867C60">
        <w:t>získal</w:t>
      </w:r>
      <w:r w:rsidR="003F5390" w:rsidRPr="00867C60">
        <w:t>o</w:t>
      </w:r>
      <w:proofErr w:type="spellEnd"/>
      <w:r w:rsidR="003F5390" w:rsidRPr="00867C60">
        <w:t xml:space="preserve"> </w:t>
      </w:r>
      <w:proofErr w:type="spellStart"/>
      <w:r w:rsidRPr="00867C60">
        <w:t>zlato</w:t>
      </w:r>
      <w:proofErr w:type="spellEnd"/>
      <w:r w:rsidRPr="00867C60">
        <w:t xml:space="preserve"> za </w:t>
      </w:r>
      <w:proofErr w:type="spellStart"/>
      <w:r w:rsidRPr="00867C60">
        <w:t>Veltlínské</w:t>
      </w:r>
      <w:proofErr w:type="spellEnd"/>
      <w:r w:rsidRPr="00867C60">
        <w:t xml:space="preserve"> </w:t>
      </w:r>
      <w:proofErr w:type="spellStart"/>
      <w:r w:rsidRPr="00867C60">
        <w:t>zelené</w:t>
      </w:r>
      <w:proofErr w:type="spellEnd"/>
      <w:r w:rsidRPr="00867C60">
        <w:t xml:space="preserve"> </w:t>
      </w:r>
      <w:proofErr w:type="spellStart"/>
      <w:r w:rsidRPr="007D5DF5">
        <w:t>V</w:t>
      </w:r>
      <w:r w:rsidR="007D5DF5" w:rsidRPr="007D5DF5">
        <w:t>ě</w:t>
      </w:r>
      <w:r w:rsidRPr="007D5DF5">
        <w:t>sto</w:t>
      </w:r>
      <w:r w:rsidR="007D5DF5" w:rsidRPr="007D5DF5">
        <w:t>ňs</w:t>
      </w:r>
      <w:r w:rsidRPr="007D5DF5">
        <w:t>ko</w:t>
      </w:r>
      <w:proofErr w:type="spellEnd"/>
      <w:r w:rsidRPr="007D5DF5">
        <w:t xml:space="preserve"> 2022.</w:t>
      </w:r>
      <w:r w:rsidRPr="00867C60">
        <w:t xml:space="preserve"> </w:t>
      </w:r>
      <w:proofErr w:type="spellStart"/>
      <w:r w:rsidRPr="00867C60">
        <w:t>Mezi</w:t>
      </w:r>
      <w:proofErr w:type="spellEnd"/>
      <w:r w:rsidRPr="00867C60">
        <w:t xml:space="preserve"> </w:t>
      </w:r>
      <w:proofErr w:type="spellStart"/>
      <w:r w:rsidRPr="00867C60">
        <w:t>oceněné</w:t>
      </w:r>
      <w:proofErr w:type="spellEnd"/>
      <w:r w:rsidRPr="00867C60">
        <w:t xml:space="preserve"> </w:t>
      </w:r>
      <w:proofErr w:type="spellStart"/>
      <w:r w:rsidRPr="00867C60">
        <w:t>patří</w:t>
      </w:r>
      <w:proofErr w:type="spellEnd"/>
      <w:r w:rsidRPr="00867C60">
        <w:t xml:space="preserve"> i Vinařství </w:t>
      </w:r>
      <w:proofErr w:type="spellStart"/>
      <w:r w:rsidRPr="00867C60">
        <w:t>Krist</w:t>
      </w:r>
      <w:proofErr w:type="spellEnd"/>
      <w:r w:rsidRPr="00867C60">
        <w:t xml:space="preserve"> s </w:t>
      </w:r>
      <w:proofErr w:type="spellStart"/>
      <w:r w:rsidRPr="00867C60">
        <w:t>vínem</w:t>
      </w:r>
      <w:proofErr w:type="spellEnd"/>
      <w:r w:rsidRPr="00867C60">
        <w:t xml:space="preserve"> Hibernal 2024, Vinařství </w:t>
      </w:r>
      <w:proofErr w:type="spellStart"/>
      <w:r w:rsidRPr="00867C60">
        <w:t>Fučík</w:t>
      </w:r>
      <w:proofErr w:type="spellEnd"/>
      <w:r w:rsidRPr="00867C60">
        <w:t xml:space="preserve"> za cuvée </w:t>
      </w:r>
      <w:proofErr w:type="spellStart"/>
      <w:r w:rsidRPr="00867C60">
        <w:t>Pálava</w:t>
      </w:r>
      <w:proofErr w:type="spellEnd"/>
      <w:r w:rsidRPr="00867C60">
        <w:t xml:space="preserve"> a Pinot 2022 a Vino </w:t>
      </w:r>
      <w:proofErr w:type="spellStart"/>
      <w:r w:rsidRPr="00867C60">
        <w:t>Sýkora</w:t>
      </w:r>
      <w:proofErr w:type="spellEnd"/>
      <w:r w:rsidR="003F5390" w:rsidRPr="00867C60">
        <w:t xml:space="preserve"> se </w:t>
      </w:r>
      <w:proofErr w:type="spellStart"/>
      <w:r w:rsidR="003F5390" w:rsidRPr="00867C60">
        <w:t>svým</w:t>
      </w:r>
      <w:proofErr w:type="spellEnd"/>
      <w:r w:rsidR="003F5390" w:rsidRPr="00867C60">
        <w:t xml:space="preserve"> </w:t>
      </w:r>
      <w:proofErr w:type="spellStart"/>
      <w:r w:rsidRPr="00867C60">
        <w:t>Rulandsk</w:t>
      </w:r>
      <w:r w:rsidR="003F5390" w:rsidRPr="00867C60">
        <w:t>ým</w:t>
      </w:r>
      <w:proofErr w:type="spellEnd"/>
      <w:r w:rsidRPr="00867C60">
        <w:t xml:space="preserve"> </w:t>
      </w:r>
      <w:proofErr w:type="spellStart"/>
      <w:r w:rsidRPr="00867C60">
        <w:t>bíl</w:t>
      </w:r>
      <w:r w:rsidR="003F5390" w:rsidRPr="00867C60">
        <w:t>ým</w:t>
      </w:r>
      <w:proofErr w:type="spellEnd"/>
      <w:r w:rsidRPr="00867C60">
        <w:t xml:space="preserve"> 2024.</w:t>
      </w:r>
    </w:p>
    <w:p w14:paraId="499D9633" w14:textId="34E403C2" w:rsidR="008910F3" w:rsidRPr="007D5DF5" w:rsidRDefault="008910F3" w:rsidP="008964BD">
      <w:pPr>
        <w:jc w:val="both"/>
      </w:pPr>
      <w:proofErr w:type="spellStart"/>
      <w:r w:rsidRPr="007D5DF5">
        <w:t>Stříbrnými</w:t>
      </w:r>
      <w:proofErr w:type="spellEnd"/>
      <w:r w:rsidRPr="007D5DF5">
        <w:t xml:space="preserve"> </w:t>
      </w:r>
      <w:proofErr w:type="spellStart"/>
      <w:r w:rsidRPr="007D5DF5">
        <w:t>medailemi</w:t>
      </w:r>
      <w:proofErr w:type="spellEnd"/>
      <w:r w:rsidRPr="007D5DF5">
        <w:t xml:space="preserve"> </w:t>
      </w:r>
      <w:proofErr w:type="spellStart"/>
      <w:r w:rsidRPr="007D5DF5">
        <w:t>byl</w:t>
      </w:r>
      <w:proofErr w:type="spellEnd"/>
      <w:r w:rsidRPr="007D5DF5">
        <w:t xml:space="preserve"> </w:t>
      </w:r>
      <w:proofErr w:type="spellStart"/>
      <w:r w:rsidR="007D5DF5" w:rsidRPr="007D5DF5">
        <w:t>kromě</w:t>
      </w:r>
      <w:proofErr w:type="spellEnd"/>
      <w:r w:rsidR="007D5DF5" w:rsidRPr="007D5DF5">
        <w:t xml:space="preserve"> vín z </w:t>
      </w:r>
      <w:r w:rsidR="007D5DF5" w:rsidRPr="008910F3">
        <w:t>B\V vinařství</w:t>
      </w:r>
      <w:r w:rsidR="007D5DF5" w:rsidRPr="007D5DF5">
        <w:t xml:space="preserve"> </w:t>
      </w:r>
      <w:proofErr w:type="spellStart"/>
      <w:r w:rsidRPr="007D5DF5">
        <w:t>oceněn</w:t>
      </w:r>
      <w:proofErr w:type="spellEnd"/>
      <w:r w:rsidR="007D5DF5" w:rsidRPr="007D5DF5">
        <w:t xml:space="preserve"> </w:t>
      </w:r>
      <w:proofErr w:type="spellStart"/>
      <w:r w:rsidR="007D5DF5" w:rsidRPr="007D5DF5">
        <w:t>tak</w:t>
      </w:r>
      <w:r w:rsidR="00DF3DB9">
        <w:t>é</w:t>
      </w:r>
      <w:proofErr w:type="spellEnd"/>
      <w:r w:rsidR="007D5DF5" w:rsidRPr="007D5DF5">
        <w:t xml:space="preserve"> </w:t>
      </w:r>
      <w:proofErr w:type="spellStart"/>
      <w:r w:rsidR="007D5DF5" w:rsidRPr="007D5DF5">
        <w:t>Ryzlink</w:t>
      </w:r>
      <w:proofErr w:type="spellEnd"/>
      <w:r w:rsidR="007D5DF5" w:rsidRPr="007D5DF5">
        <w:t xml:space="preserve"> </w:t>
      </w:r>
      <w:proofErr w:type="spellStart"/>
      <w:r w:rsidR="007D5DF5" w:rsidRPr="007D5DF5">
        <w:t>rýnský</w:t>
      </w:r>
      <w:proofErr w:type="spellEnd"/>
      <w:r w:rsidR="007D5DF5" w:rsidRPr="007D5DF5">
        <w:t>, VOC Znojmo</w:t>
      </w:r>
      <w:r w:rsidR="007E3598" w:rsidRPr="007D5DF5">
        <w:t xml:space="preserve"> </w:t>
      </w:r>
      <w:r w:rsidR="007D5DF5" w:rsidRPr="007D5DF5">
        <w:t xml:space="preserve">2023 z </w:t>
      </w:r>
      <w:r w:rsidRPr="007D5DF5">
        <w:t xml:space="preserve">Vinařství </w:t>
      </w:r>
      <w:proofErr w:type="spellStart"/>
      <w:r w:rsidRPr="007D5DF5">
        <w:t>Hanzel</w:t>
      </w:r>
      <w:proofErr w:type="spellEnd"/>
      <w:r w:rsidRPr="007D5DF5">
        <w:t xml:space="preserve">, </w:t>
      </w:r>
      <w:proofErr w:type="spellStart"/>
      <w:r w:rsidR="007D5DF5" w:rsidRPr="007D5DF5">
        <w:t>Ryzlink</w:t>
      </w:r>
      <w:proofErr w:type="spellEnd"/>
      <w:r w:rsidR="007D5DF5" w:rsidRPr="007D5DF5">
        <w:t xml:space="preserve"> </w:t>
      </w:r>
      <w:proofErr w:type="spellStart"/>
      <w:r w:rsidR="007D5DF5" w:rsidRPr="007D5DF5">
        <w:t>rýnský</w:t>
      </w:r>
      <w:proofErr w:type="spellEnd"/>
      <w:r w:rsidR="007D5DF5" w:rsidRPr="007D5DF5">
        <w:t xml:space="preserve"> </w:t>
      </w:r>
      <w:proofErr w:type="spellStart"/>
      <w:r w:rsidR="007D5DF5" w:rsidRPr="007D5DF5">
        <w:t>Purmice</w:t>
      </w:r>
      <w:proofErr w:type="spellEnd"/>
      <w:r w:rsidR="007D5DF5" w:rsidRPr="007D5DF5">
        <w:t xml:space="preserve">, </w:t>
      </w:r>
      <w:proofErr w:type="spellStart"/>
      <w:r w:rsidR="007D5DF5" w:rsidRPr="007D5DF5">
        <w:t>výběr</w:t>
      </w:r>
      <w:proofErr w:type="spellEnd"/>
      <w:r w:rsidR="007D5DF5" w:rsidRPr="007D5DF5">
        <w:t xml:space="preserve"> z </w:t>
      </w:r>
      <w:proofErr w:type="spellStart"/>
      <w:r w:rsidR="007D5DF5" w:rsidRPr="007D5DF5">
        <w:t>hroznů</w:t>
      </w:r>
      <w:proofErr w:type="spellEnd"/>
      <w:r w:rsidR="007D5DF5" w:rsidRPr="007D5DF5">
        <w:t xml:space="preserve"> 2023 z Vinařství </w:t>
      </w:r>
      <w:proofErr w:type="spellStart"/>
      <w:r w:rsidR="007D5DF5" w:rsidRPr="007D5DF5">
        <w:t>Volařík</w:t>
      </w:r>
      <w:proofErr w:type="spellEnd"/>
      <w:r w:rsidR="007D5DF5" w:rsidRPr="007D5DF5">
        <w:t xml:space="preserve"> Sauvignon, </w:t>
      </w:r>
      <w:proofErr w:type="spellStart"/>
      <w:r w:rsidR="007D5DF5" w:rsidRPr="007D5DF5">
        <w:t>pozdní</w:t>
      </w:r>
      <w:proofErr w:type="spellEnd"/>
      <w:r w:rsidR="007D5DF5" w:rsidRPr="007D5DF5">
        <w:t xml:space="preserve"> </w:t>
      </w:r>
      <w:proofErr w:type="spellStart"/>
      <w:r w:rsidR="007D5DF5" w:rsidRPr="007D5DF5">
        <w:t>sběr</w:t>
      </w:r>
      <w:proofErr w:type="spellEnd"/>
      <w:r w:rsidR="007D5DF5" w:rsidRPr="007D5DF5">
        <w:t xml:space="preserve"> 2024 a </w:t>
      </w:r>
      <w:proofErr w:type="spellStart"/>
      <w:r w:rsidR="007D5DF5" w:rsidRPr="007D5DF5">
        <w:t>Rulandské</w:t>
      </w:r>
      <w:proofErr w:type="spellEnd"/>
      <w:r w:rsidR="007D5DF5" w:rsidRPr="007D5DF5">
        <w:t xml:space="preserve"> </w:t>
      </w:r>
      <w:proofErr w:type="spellStart"/>
      <w:r w:rsidR="007D5DF5" w:rsidRPr="007D5DF5">
        <w:t>bílé</w:t>
      </w:r>
      <w:proofErr w:type="spellEnd"/>
      <w:r w:rsidR="007D5DF5" w:rsidRPr="007D5DF5">
        <w:t xml:space="preserve">, </w:t>
      </w:r>
      <w:proofErr w:type="spellStart"/>
      <w:r w:rsidR="007D5DF5" w:rsidRPr="007D5DF5">
        <w:t>výběr</w:t>
      </w:r>
      <w:proofErr w:type="spellEnd"/>
      <w:r w:rsidR="007D5DF5" w:rsidRPr="007D5DF5">
        <w:t xml:space="preserve"> z </w:t>
      </w:r>
      <w:proofErr w:type="spellStart"/>
      <w:r w:rsidR="007D5DF5" w:rsidRPr="007D5DF5">
        <w:t>hroznů</w:t>
      </w:r>
      <w:proofErr w:type="spellEnd"/>
      <w:r w:rsidR="007D5DF5" w:rsidRPr="007D5DF5">
        <w:t xml:space="preserve"> 2024, </w:t>
      </w:r>
      <w:proofErr w:type="spellStart"/>
      <w:r w:rsidR="007D5DF5" w:rsidRPr="007D5DF5">
        <w:t>obě</w:t>
      </w:r>
      <w:proofErr w:type="spellEnd"/>
      <w:r w:rsidR="00DF3DB9">
        <w:t xml:space="preserve"> vína</w:t>
      </w:r>
      <w:r w:rsidR="007D5DF5" w:rsidRPr="007D5DF5">
        <w:t xml:space="preserve"> z </w:t>
      </w:r>
      <w:r w:rsidRPr="007D5DF5">
        <w:t xml:space="preserve">Vinařství </w:t>
      </w:r>
      <w:proofErr w:type="spellStart"/>
      <w:r w:rsidRPr="007D5DF5">
        <w:t>Krist</w:t>
      </w:r>
      <w:proofErr w:type="spellEnd"/>
      <w:r w:rsidR="007D5DF5" w:rsidRPr="007D5DF5">
        <w:t>.</w:t>
      </w:r>
    </w:p>
    <w:p w14:paraId="0A7FBDF0" w14:textId="225FF91D" w:rsidR="003F5390" w:rsidRPr="003F5390" w:rsidRDefault="003F5390" w:rsidP="008964BD">
      <w:pPr>
        <w:jc w:val="both"/>
        <w:rPr>
          <w:lang w:val="cs-CZ"/>
        </w:rPr>
      </w:pPr>
      <w:r w:rsidRPr="003F5390">
        <w:rPr>
          <w:lang w:val="cs-CZ"/>
        </w:rPr>
        <w:lastRenderedPageBreak/>
        <w:t>„Úspěch našich vín mezi tisíci vzorky z celého světa potvrzuje, že moravská a česká vinařská produkce snese nejpřísnější mezinárodní srovnání. Medaile z</w:t>
      </w:r>
      <w:r w:rsidR="00DF3DB9">
        <w:rPr>
          <w:lang w:val="cs-CZ"/>
        </w:rPr>
        <w:t xml:space="preserve"> této</w:t>
      </w:r>
      <w:r w:rsidR="00661955">
        <w:rPr>
          <w:lang w:val="cs-CZ"/>
        </w:rPr>
        <w:t xml:space="preserve"> soutěže </w:t>
      </w:r>
      <w:r w:rsidRPr="003F5390">
        <w:rPr>
          <w:lang w:val="cs-CZ"/>
        </w:rPr>
        <w:t xml:space="preserve">nejsou samozřejmostí – jdou k vínům, která splňují velmi přísná kvalitativní kritéria,“ říká </w:t>
      </w:r>
      <w:r w:rsidR="00591B64">
        <w:rPr>
          <w:lang w:val="cs-CZ"/>
        </w:rPr>
        <w:t>Dagmar Fialová</w:t>
      </w:r>
      <w:r w:rsidR="00761B75">
        <w:rPr>
          <w:lang w:val="cs-CZ"/>
        </w:rPr>
        <w:t xml:space="preserve">, marketingová ředitelka </w:t>
      </w:r>
      <w:r w:rsidRPr="003F5390">
        <w:rPr>
          <w:lang w:val="cs-CZ"/>
        </w:rPr>
        <w:t>Národního vinařského centra, které organizačně zajišťovalo účast našich vín s</w:t>
      </w:r>
      <w:r w:rsidR="00661955">
        <w:rPr>
          <w:lang w:val="cs-CZ"/>
        </w:rPr>
        <w:t> finanční</w:t>
      </w:r>
      <w:r w:rsidRPr="003F5390">
        <w:rPr>
          <w:lang w:val="cs-CZ"/>
        </w:rPr>
        <w:t xml:space="preserve"> podporou Vinařského fondu.</w:t>
      </w:r>
    </w:p>
    <w:p w14:paraId="292960D6" w14:textId="4D63E8E7" w:rsidR="008910F3" w:rsidRPr="008910F3" w:rsidRDefault="008910F3" w:rsidP="008964BD">
      <w:pPr>
        <w:jc w:val="both"/>
        <w:rPr>
          <w:lang w:val="cs-CZ"/>
        </w:rPr>
      </w:pPr>
      <w:proofErr w:type="spellStart"/>
      <w:r w:rsidRPr="008910F3">
        <w:rPr>
          <w:b/>
          <w:bCs/>
          <w:lang w:val="cs-CZ"/>
        </w:rPr>
        <w:t>Concours</w:t>
      </w:r>
      <w:proofErr w:type="spellEnd"/>
      <w:r w:rsidRPr="008910F3">
        <w:rPr>
          <w:b/>
          <w:bCs/>
          <w:lang w:val="cs-CZ"/>
        </w:rPr>
        <w:t xml:space="preserve"> </w:t>
      </w:r>
      <w:proofErr w:type="spellStart"/>
      <w:r w:rsidRPr="008910F3">
        <w:rPr>
          <w:b/>
          <w:bCs/>
          <w:lang w:val="cs-CZ"/>
        </w:rPr>
        <w:t>Mondial</w:t>
      </w:r>
      <w:proofErr w:type="spellEnd"/>
      <w:r w:rsidRPr="008910F3">
        <w:rPr>
          <w:b/>
          <w:bCs/>
          <w:lang w:val="cs-CZ"/>
        </w:rPr>
        <w:t xml:space="preserve"> de </w:t>
      </w:r>
      <w:proofErr w:type="spellStart"/>
      <w:r w:rsidRPr="008910F3">
        <w:rPr>
          <w:b/>
          <w:bCs/>
          <w:lang w:val="cs-CZ"/>
        </w:rPr>
        <w:t>Bruxelles</w:t>
      </w:r>
      <w:proofErr w:type="spellEnd"/>
      <w:r w:rsidRPr="008910F3">
        <w:rPr>
          <w:lang w:val="cs-CZ"/>
        </w:rPr>
        <w:t xml:space="preserve"> je jednou z největších mezinárodních soutěží vín a aktuálně probíhá jako putovní projekt rozdělený do čtyř samostatných </w:t>
      </w:r>
      <w:r w:rsidR="00761B75" w:rsidRPr="00761B75">
        <w:rPr>
          <w:lang w:val="cs-CZ"/>
        </w:rPr>
        <w:t xml:space="preserve">kategorií: </w:t>
      </w:r>
      <w:r w:rsidRPr="008910F3">
        <w:rPr>
          <w:lang w:val="cs-CZ"/>
        </w:rPr>
        <w:t xml:space="preserve">červená a bílá vína, růžová vína, šumivá vína a sladká/fortifikovaná vína. Do soutěže je každoročně přihlášeno více než 15 000 vzorků z celého světa. O kvalitě rozhoduje mezinárodní odborná porota složená z </w:t>
      </w:r>
      <w:proofErr w:type="spellStart"/>
      <w:r w:rsidRPr="008910F3">
        <w:rPr>
          <w:lang w:val="cs-CZ"/>
        </w:rPr>
        <w:t>enologů</w:t>
      </w:r>
      <w:proofErr w:type="spellEnd"/>
      <w:r w:rsidRPr="008910F3">
        <w:rPr>
          <w:lang w:val="cs-CZ"/>
        </w:rPr>
        <w:t xml:space="preserve">, </w:t>
      </w:r>
      <w:proofErr w:type="spellStart"/>
      <w:r w:rsidRPr="008910F3">
        <w:rPr>
          <w:lang w:val="cs-CZ"/>
        </w:rPr>
        <w:t>someliérů</w:t>
      </w:r>
      <w:proofErr w:type="spellEnd"/>
      <w:r w:rsidRPr="008910F3">
        <w:rPr>
          <w:lang w:val="cs-CZ"/>
        </w:rPr>
        <w:t xml:space="preserve"> a novinářů.</w:t>
      </w:r>
    </w:p>
    <w:p w14:paraId="42F513F8" w14:textId="77777777" w:rsidR="00181DA6" w:rsidRPr="00E47C9A" w:rsidRDefault="00181DA6">
      <w:pPr>
        <w:rPr>
          <w:b/>
          <w:bCs/>
          <w:sz w:val="16"/>
          <w:szCs w:val="16"/>
        </w:rPr>
      </w:pPr>
    </w:p>
    <w:p w14:paraId="7789DA2B" w14:textId="5E2B4209" w:rsidR="00F65ADB" w:rsidRDefault="00761B75" w:rsidP="00761B75">
      <w:proofErr w:type="spellStart"/>
      <w:r>
        <w:t>Kompletní</w:t>
      </w:r>
      <w:proofErr w:type="spellEnd"/>
      <w:r>
        <w:t xml:space="preserve"> </w:t>
      </w:r>
      <w:proofErr w:type="spellStart"/>
      <w:r>
        <w:t>výsledky</w:t>
      </w:r>
      <w:proofErr w:type="spellEnd"/>
      <w:r w:rsidR="008964BD">
        <w:t xml:space="preserve"> </w:t>
      </w:r>
      <w:proofErr w:type="spellStart"/>
      <w:r w:rsidR="008964BD">
        <w:t>tuzemských</w:t>
      </w:r>
      <w:proofErr w:type="spellEnd"/>
      <w:r w:rsidR="00803C0D">
        <w:t xml:space="preserve"> </w:t>
      </w:r>
      <w:proofErr w:type="spellStart"/>
      <w:r w:rsidR="00803C0D">
        <w:t>bílých</w:t>
      </w:r>
      <w:proofErr w:type="spellEnd"/>
      <w:r w:rsidR="00803C0D">
        <w:t xml:space="preserve"> a </w:t>
      </w:r>
      <w:proofErr w:type="spellStart"/>
      <w:r w:rsidR="00803C0D">
        <w:t>červených</w:t>
      </w:r>
      <w:proofErr w:type="spellEnd"/>
      <w:r w:rsidR="008964BD">
        <w:t xml:space="preserve"> vín </w:t>
      </w:r>
      <w:proofErr w:type="spellStart"/>
      <w:r w:rsidR="008964BD">
        <w:t>na</w:t>
      </w:r>
      <w:proofErr w:type="spellEnd"/>
      <w:r w:rsidR="008964BD">
        <w:t xml:space="preserve"> </w:t>
      </w:r>
      <w:proofErr w:type="spellStart"/>
      <w:r w:rsidR="008964BD" w:rsidRPr="008910F3">
        <w:rPr>
          <w:b/>
          <w:bCs/>
          <w:lang w:val="cs-CZ"/>
        </w:rPr>
        <w:t>Concours</w:t>
      </w:r>
      <w:proofErr w:type="spellEnd"/>
      <w:r w:rsidR="008964BD" w:rsidRPr="008910F3">
        <w:rPr>
          <w:b/>
          <w:bCs/>
          <w:lang w:val="cs-CZ"/>
        </w:rPr>
        <w:t xml:space="preserve"> </w:t>
      </w:r>
      <w:proofErr w:type="spellStart"/>
      <w:r w:rsidR="008964BD" w:rsidRPr="008910F3">
        <w:rPr>
          <w:b/>
          <w:bCs/>
          <w:lang w:val="cs-CZ"/>
        </w:rPr>
        <w:t>Mondial</w:t>
      </w:r>
      <w:proofErr w:type="spellEnd"/>
      <w:r w:rsidR="008964BD" w:rsidRPr="008910F3">
        <w:rPr>
          <w:b/>
          <w:bCs/>
          <w:lang w:val="cs-CZ"/>
        </w:rPr>
        <w:t xml:space="preserve"> de </w:t>
      </w:r>
      <w:proofErr w:type="spellStart"/>
      <w:r w:rsidR="008964BD" w:rsidRPr="008910F3">
        <w:rPr>
          <w:b/>
          <w:bCs/>
          <w:lang w:val="cs-CZ"/>
        </w:rPr>
        <w:t>Bruxelles</w:t>
      </w:r>
      <w:proofErr w:type="spellEnd"/>
      <w:r w:rsidR="008964BD">
        <w:t xml:space="preserve"> </w:t>
      </w:r>
      <w:r>
        <w:t xml:space="preserve"> </w:t>
      </w:r>
      <w:proofErr w:type="spellStart"/>
      <w:r>
        <w:t>naleznete</w:t>
      </w:r>
      <w:proofErr w:type="spellEnd"/>
      <w:r>
        <w:t xml:space="preserve"> </w:t>
      </w:r>
      <w:hyperlink r:id="rId8" w:history="1">
        <w:proofErr w:type="spellStart"/>
        <w:r w:rsidRPr="008964BD">
          <w:rPr>
            <w:rStyle w:val="Hypertextovodkaz"/>
          </w:rPr>
          <w:t>zde</w:t>
        </w:r>
        <w:proofErr w:type="spellEnd"/>
      </w:hyperlink>
      <w:r>
        <w:t xml:space="preserve"> </w:t>
      </w:r>
      <w:r w:rsidR="00181DA6" w:rsidRPr="00E47C9A">
        <w:br/>
      </w:r>
    </w:p>
    <w:p w14:paraId="25FE0A55" w14:textId="19161516" w:rsidR="00D45E07" w:rsidRDefault="00D63EE3">
      <w:r>
        <w:br/>
      </w:r>
      <w:proofErr w:type="spellStart"/>
      <w:r>
        <w:t>Kontakty</w:t>
      </w:r>
      <w:proofErr w:type="spellEnd"/>
      <w:r>
        <w:t xml:space="preserve"> pro </w:t>
      </w:r>
      <w:proofErr w:type="spellStart"/>
      <w:r>
        <w:t>média</w:t>
      </w:r>
      <w:proofErr w:type="spellEnd"/>
      <w:r>
        <w:t>:</w:t>
      </w:r>
      <w:r>
        <w:br/>
        <w:t xml:space="preserve">Národní vinařské centrum, </w:t>
      </w:r>
      <w:proofErr w:type="spellStart"/>
      <w:r>
        <w:t>o.p.s</w:t>
      </w:r>
      <w:proofErr w:type="spellEnd"/>
      <w:r>
        <w:t>.</w:t>
      </w:r>
      <w:r>
        <w:br/>
        <w:t xml:space="preserve">Dagmar Fialová, </w:t>
      </w:r>
      <w:proofErr w:type="spellStart"/>
      <w:r>
        <w:t>ředitelka</w:t>
      </w:r>
      <w:proofErr w:type="spellEnd"/>
      <w:r>
        <w:t xml:space="preserve"> </w:t>
      </w:r>
      <w:proofErr w:type="spellStart"/>
      <w:r>
        <w:t>marketingu</w:t>
      </w:r>
      <w:proofErr w:type="spellEnd"/>
      <w:r>
        <w:br/>
        <w:t>📞 +420</w:t>
      </w:r>
      <w:r w:rsidR="00B533DB">
        <w:t> 720 820 921</w:t>
      </w:r>
      <w:r>
        <w:br/>
        <w:t xml:space="preserve">✉️ </w:t>
      </w:r>
      <w:hyperlink r:id="rId9" w:history="1">
        <w:r w:rsidR="008910F3" w:rsidRPr="00397AE2">
          <w:rPr>
            <w:rStyle w:val="Hypertextovodkaz"/>
          </w:rPr>
          <w:t>dagmar.fialova@vinarskecentrum.cz</w:t>
        </w:r>
      </w:hyperlink>
    </w:p>
    <w:p w14:paraId="6BB9A252" w14:textId="77777777" w:rsidR="008964BD" w:rsidRDefault="008964BD"/>
    <w:p w14:paraId="20B2CA39" w14:textId="3C31EAF1" w:rsidR="008964BD" w:rsidRDefault="008964BD" w:rsidP="008964BD">
      <w:r>
        <w:t xml:space="preserve">Kateřina </w:t>
      </w:r>
      <w:proofErr w:type="spellStart"/>
      <w:r>
        <w:t>Martykánová</w:t>
      </w:r>
      <w:proofErr w:type="spellEnd"/>
      <w:r>
        <w:t xml:space="preserve">, PR </w:t>
      </w:r>
      <w:proofErr w:type="spellStart"/>
      <w:r>
        <w:t>manažerka</w:t>
      </w:r>
      <w:proofErr w:type="spellEnd"/>
      <w:r>
        <w:br/>
        <w:t>📞 +420 602 576 870</w:t>
      </w:r>
      <w:r>
        <w:br/>
        <w:t xml:space="preserve">✉️ </w:t>
      </w:r>
      <w:hyperlink r:id="rId10" w:history="1">
        <w:r w:rsidRPr="00397AE2">
          <w:rPr>
            <w:rStyle w:val="Hypertextovodkaz"/>
          </w:rPr>
          <w:t>martykanova.katka@gmail.com</w:t>
        </w:r>
      </w:hyperlink>
    </w:p>
    <w:bookmarkEnd w:id="0"/>
    <w:p w14:paraId="2EF24E4E" w14:textId="77777777" w:rsidR="008964BD" w:rsidRDefault="008964BD"/>
    <w:p w14:paraId="645B688C" w14:textId="77777777" w:rsidR="008910F3" w:rsidRDefault="008910F3"/>
    <w:sectPr w:rsidR="008910F3" w:rsidSect="000346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42A0A" w14:textId="77777777" w:rsidR="00093BB9" w:rsidRDefault="00093BB9" w:rsidP="007E3598">
      <w:pPr>
        <w:spacing w:after="0" w:line="240" w:lineRule="auto"/>
      </w:pPr>
      <w:r>
        <w:separator/>
      </w:r>
    </w:p>
  </w:endnote>
  <w:endnote w:type="continuationSeparator" w:id="0">
    <w:p w14:paraId="6648A41B" w14:textId="77777777" w:rsidR="00093BB9" w:rsidRDefault="00093BB9" w:rsidP="007E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E2538" w14:textId="77777777" w:rsidR="002C18D2" w:rsidRDefault="002C18D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84F90" w14:textId="77777777" w:rsidR="002C18D2" w:rsidRDefault="002C18D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61C46" w14:textId="77777777" w:rsidR="002C18D2" w:rsidRDefault="002C18D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F4A51" w14:textId="77777777" w:rsidR="00093BB9" w:rsidRDefault="00093BB9" w:rsidP="007E3598">
      <w:pPr>
        <w:spacing w:after="0" w:line="240" w:lineRule="auto"/>
      </w:pPr>
      <w:r>
        <w:separator/>
      </w:r>
    </w:p>
  </w:footnote>
  <w:footnote w:type="continuationSeparator" w:id="0">
    <w:p w14:paraId="172182FB" w14:textId="77777777" w:rsidR="00093BB9" w:rsidRDefault="00093BB9" w:rsidP="007E3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6D891" w14:textId="77777777" w:rsidR="002C18D2" w:rsidRDefault="002C18D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69546" w14:textId="7AD897AE" w:rsidR="007E3598" w:rsidRDefault="002C18D2">
    <w:pPr>
      <w:pStyle w:val="Zhlav"/>
    </w:pPr>
    <w:r w:rsidRPr="007E3598">
      <w:rPr>
        <w:b/>
        <w:bCs/>
        <w:noProof/>
        <w:lang w:val="cs-CZ"/>
      </w:rPr>
      <w:drawing>
        <wp:anchor distT="0" distB="0" distL="114300" distR="114300" simplePos="0" relativeHeight="251659264" behindDoc="0" locked="0" layoutInCell="1" allowOverlap="1" wp14:anchorId="44638DD9" wp14:editId="2DB74E7C">
          <wp:simplePos x="0" y="0"/>
          <wp:positionH relativeFrom="column">
            <wp:posOffset>3879850</wp:posOffset>
          </wp:positionH>
          <wp:positionV relativeFrom="paragraph">
            <wp:posOffset>62230</wp:posOffset>
          </wp:positionV>
          <wp:extent cx="1276350" cy="312420"/>
          <wp:effectExtent l="0" t="0" r="0" b="0"/>
          <wp:wrapSquare wrapText="bothSides"/>
          <wp:docPr id="1302825504" name="Obrázek 2" descr="Obsah obrázku text, Písmo, log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825504" name="Obrázek 2" descr="Obsah obrázku text, Písmo, log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3E9EE20" wp14:editId="0184D5DC">
          <wp:simplePos x="0" y="0"/>
          <wp:positionH relativeFrom="column">
            <wp:posOffset>2203450</wp:posOffset>
          </wp:positionH>
          <wp:positionV relativeFrom="paragraph">
            <wp:posOffset>-241300</wp:posOffset>
          </wp:positionV>
          <wp:extent cx="805815" cy="736600"/>
          <wp:effectExtent l="0" t="0" r="0" b="6350"/>
          <wp:wrapTight wrapText="bothSides">
            <wp:wrapPolygon edited="0">
              <wp:start x="0" y="0"/>
              <wp:lineTo x="0" y="21228"/>
              <wp:lineTo x="20936" y="21228"/>
              <wp:lineTo x="20936" y="0"/>
              <wp:lineTo x="0" y="0"/>
            </wp:wrapPolygon>
          </wp:wrapTight>
          <wp:docPr id="533305980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305980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15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58EE83D" wp14:editId="0C93F849">
          <wp:simplePos x="0" y="0"/>
          <wp:positionH relativeFrom="column">
            <wp:posOffset>-203200</wp:posOffset>
          </wp:positionH>
          <wp:positionV relativeFrom="paragraph">
            <wp:posOffset>-285750</wp:posOffset>
          </wp:positionV>
          <wp:extent cx="1809750" cy="913765"/>
          <wp:effectExtent l="0" t="0" r="0" b="635"/>
          <wp:wrapTight wrapText="bothSides">
            <wp:wrapPolygon edited="0">
              <wp:start x="0" y="0"/>
              <wp:lineTo x="0" y="21165"/>
              <wp:lineTo x="21373" y="21165"/>
              <wp:lineTo x="21373" y="0"/>
              <wp:lineTo x="0" y="0"/>
            </wp:wrapPolygon>
          </wp:wrapTight>
          <wp:docPr id="1928275331" name="Obrázek 1" descr="Obsah obrázku text, logo, Písm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275331" name="Obrázek 1" descr="Obsah obrázku text, logo, Písm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3598" w:rsidRPr="007E3598">
      <w:rPr>
        <w:b/>
        <w:bCs/>
        <w:lang w:val="cs-CZ"/>
      </w:rPr>
      <w:t xml:space="preserve"> </w:t>
    </w:r>
  </w:p>
  <w:p w14:paraId="12C608E0" w14:textId="3D639EB0" w:rsidR="007E3598" w:rsidRDefault="007E3598">
    <w:pPr>
      <w:pStyle w:val="Zhlav"/>
    </w:pPr>
  </w:p>
  <w:p w14:paraId="6E765A8F" w14:textId="77777777" w:rsidR="007D5DF5" w:rsidRDefault="007D5DF5">
    <w:pPr>
      <w:pStyle w:val="Zhlav"/>
    </w:pPr>
  </w:p>
  <w:p w14:paraId="50E610EB" w14:textId="77777777" w:rsidR="007D5DF5" w:rsidRDefault="007D5DF5">
    <w:pPr>
      <w:pStyle w:val="Zhlav"/>
    </w:pPr>
  </w:p>
  <w:p w14:paraId="6AB4DB1C" w14:textId="77777777" w:rsidR="007D5DF5" w:rsidRDefault="007D5DF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34DA4" w14:textId="77777777" w:rsidR="002C18D2" w:rsidRDefault="002C18D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36E6FEF"/>
    <w:multiLevelType w:val="multilevel"/>
    <w:tmpl w:val="FD08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3BB9"/>
    <w:rsid w:val="00112E39"/>
    <w:rsid w:val="0015074B"/>
    <w:rsid w:val="00181DA6"/>
    <w:rsid w:val="001A7EC3"/>
    <w:rsid w:val="0029639D"/>
    <w:rsid w:val="002C18D2"/>
    <w:rsid w:val="00326F90"/>
    <w:rsid w:val="003A5239"/>
    <w:rsid w:val="003E5B09"/>
    <w:rsid w:val="003F5390"/>
    <w:rsid w:val="00591B64"/>
    <w:rsid w:val="00661955"/>
    <w:rsid w:val="006C407E"/>
    <w:rsid w:val="006E23A7"/>
    <w:rsid w:val="006E7880"/>
    <w:rsid w:val="00706580"/>
    <w:rsid w:val="00761B75"/>
    <w:rsid w:val="00782410"/>
    <w:rsid w:val="007D5DF5"/>
    <w:rsid w:val="007E3598"/>
    <w:rsid w:val="00803C0D"/>
    <w:rsid w:val="00867C60"/>
    <w:rsid w:val="008910F3"/>
    <w:rsid w:val="008964BD"/>
    <w:rsid w:val="008A5829"/>
    <w:rsid w:val="00955B7D"/>
    <w:rsid w:val="00A905C9"/>
    <w:rsid w:val="00AA1D8D"/>
    <w:rsid w:val="00AB1CFA"/>
    <w:rsid w:val="00B47730"/>
    <w:rsid w:val="00B533DB"/>
    <w:rsid w:val="00C33D3D"/>
    <w:rsid w:val="00C93685"/>
    <w:rsid w:val="00CB0664"/>
    <w:rsid w:val="00D45E07"/>
    <w:rsid w:val="00D63EE3"/>
    <w:rsid w:val="00DC4861"/>
    <w:rsid w:val="00DF3DB9"/>
    <w:rsid w:val="00DF41BD"/>
    <w:rsid w:val="00E47C9A"/>
    <w:rsid w:val="00F21D58"/>
    <w:rsid w:val="00F65ADB"/>
    <w:rsid w:val="00F8308F"/>
    <w:rsid w:val="00F87A0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2A1871"/>
  <w14:defaultImageDpi w14:val="300"/>
  <w15:docId w15:val="{ACB943B7-E141-422E-8EC1-44437AE0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8910F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910F3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8964B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964B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964B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64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64BD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7E359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ultats.concoursmondial.com/en/results/2025?_token=Hhyq1N852TI7htrvByeLN9WZR5e4uKWgSPk3xGm7&amp;search%5Bsession%5D=concours-mondial-de-bruxelles-red-and-white-wine-session&amp;search%5Bname%5D=&amp;search%5Breward%5D=all&amp;search%5Bcountry%5D=Czech+Republic&amp;search%5Bregion%5D=all&amp;search%5Bappellation%5D=all&amp;search%5Bcolor%5D=al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rtykanova.katk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gmar.fialova@vinarskecentrum.cz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83C866-DCDF-405B-B180-09158F9C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3392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Nadvornikova</cp:lastModifiedBy>
  <cp:revision>2</cp:revision>
  <dcterms:created xsi:type="dcterms:W3CDTF">2025-07-25T15:50:00Z</dcterms:created>
  <dcterms:modified xsi:type="dcterms:W3CDTF">2025-07-25T15:50:00Z</dcterms:modified>
  <cp:category/>
</cp:coreProperties>
</file>