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11"/>
        <w:gridCol w:w="5411"/>
      </w:tblGrid>
      <w:tr w:rsidR="00696D18" w:rsidRPr="000062B8" w14:paraId="2B5F4303" w14:textId="77777777">
        <w:tc>
          <w:tcPr>
            <w:tcW w:w="541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17E1B" w14:textId="3B0D5F7B" w:rsidR="00696D18" w:rsidRPr="000062B8" w:rsidRDefault="00BD75A0">
            <w:pPr>
              <w:spacing w:after="0"/>
              <w:rPr>
                <w:rFonts w:ascii="Avenir Next LT Pro" w:hAnsi="Avenir Next LT Pro"/>
              </w:rPr>
            </w:pPr>
            <w:r w:rsidRPr="000062B8">
              <w:rPr>
                <w:rFonts w:ascii="Avenir Next LT Pro" w:hAnsi="Avenir Next LT Pro"/>
                <w:b/>
                <w:sz w:val="36"/>
              </w:rPr>
              <w:t>ANSØGNINGSSKEMA</w:t>
            </w:r>
            <w:r w:rsidR="00CF2607">
              <w:rPr>
                <w:rFonts w:ascii="Avenir Next LT Pro" w:hAnsi="Avenir Next LT Pro"/>
                <w:b/>
                <w:sz w:val="36"/>
              </w:rPr>
              <w:t xml:space="preserve"> </w:t>
            </w:r>
            <w:r w:rsidRPr="000062B8">
              <w:rPr>
                <w:rFonts w:ascii="Avenir Next LT Pro" w:hAnsi="Avenir Next LT Pro"/>
                <w:b/>
                <w:sz w:val="36"/>
              </w:rPr>
              <w:br/>
            </w:r>
            <w:r w:rsidRPr="000062B8">
              <w:rPr>
                <w:rFonts w:ascii="Avenir Next LT Pro" w:hAnsi="Avenir Next LT Pro"/>
                <w:bCs/>
                <w:color w:val="129AF3"/>
                <w:sz w:val="28"/>
                <w:szCs w:val="28"/>
              </w:rPr>
              <w:t>NGG SPORTSCOLLEGE</w:t>
            </w:r>
            <w:r w:rsidR="00CF2607">
              <w:rPr>
                <w:rFonts w:ascii="Avenir Next LT Pro" w:hAnsi="Avenir Next LT Pro"/>
                <w:bCs/>
                <w:color w:val="129AF3"/>
                <w:sz w:val="28"/>
                <w:szCs w:val="28"/>
              </w:rPr>
              <w:t xml:space="preserve"> </w:t>
            </w:r>
          </w:p>
        </w:tc>
        <w:tc>
          <w:tcPr>
            <w:tcW w:w="541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FB3BD" w14:textId="77777777" w:rsidR="00696D18" w:rsidRPr="000062B8" w:rsidRDefault="00BD75A0">
            <w:pPr>
              <w:jc w:val="right"/>
              <w:rPr>
                <w:rFonts w:ascii="Avenir Next LT Pro" w:hAnsi="Avenir Next LT Pro"/>
              </w:rPr>
            </w:pPr>
            <w:r w:rsidRPr="000062B8">
              <w:rPr>
                <w:rFonts w:ascii="Avenir Next LT Pro" w:hAnsi="Avenir Next LT Pro"/>
                <w:noProof/>
              </w:rPr>
              <w:drawing>
                <wp:anchor distT="0" distB="0" distL="114300" distR="114300" simplePos="0" relativeHeight="251658240" behindDoc="0" locked="0" layoutInCell="1" allowOverlap="1" wp14:anchorId="63107476" wp14:editId="16CCA08F">
                  <wp:simplePos x="0" y="0"/>
                  <wp:positionH relativeFrom="column">
                    <wp:posOffset>2762250</wp:posOffset>
                  </wp:positionH>
                  <wp:positionV relativeFrom="paragraph">
                    <wp:posOffset>-200025</wp:posOffset>
                  </wp:positionV>
                  <wp:extent cx="881380" cy="447675"/>
                  <wp:effectExtent l="0" t="0" r="0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GG jpg(2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09A8C68" w14:textId="77777777" w:rsidR="00696D18" w:rsidRPr="000062B8" w:rsidRDefault="00BD75A0">
      <w:pPr>
        <w:spacing w:before="20" w:after="60"/>
        <w:rPr>
          <w:rFonts w:ascii="Avenir Next LT Pro" w:hAnsi="Avenir Next LT Pro"/>
          <w:sz w:val="20"/>
          <w:szCs w:val="20"/>
        </w:rPr>
      </w:pPr>
      <w:r w:rsidRPr="000062B8">
        <w:rPr>
          <w:rFonts w:ascii="Avenir Next LT Pro" w:hAnsi="Avenir Next LT Pro"/>
          <w:sz w:val="20"/>
          <w:szCs w:val="20"/>
        </w:rPr>
        <w:t xml:space="preserve">Fodbold  •  Golf  •  Ski  •  Basketball  •  </w:t>
      </w:r>
      <w:proofErr w:type="spellStart"/>
      <w:r w:rsidRPr="000062B8">
        <w:rPr>
          <w:rFonts w:ascii="Avenir Next LT Pro" w:hAnsi="Avenir Next LT Pro"/>
          <w:sz w:val="20"/>
          <w:szCs w:val="20"/>
        </w:rPr>
        <w:t>Håndbold</w:t>
      </w:r>
      <w:proofErr w:type="spellEnd"/>
      <w:r w:rsidRPr="000062B8">
        <w:rPr>
          <w:rFonts w:ascii="Avenir Next LT Pro" w:hAnsi="Avenir Next LT Pro"/>
          <w:sz w:val="20"/>
          <w:szCs w:val="20"/>
        </w:rPr>
        <w:t xml:space="preserve">  •  Fitness/Strength</w:t>
      </w:r>
    </w:p>
    <w:p w14:paraId="5EAD8588" w14:textId="77777777" w:rsidR="00290DEA" w:rsidRPr="000062B8" w:rsidRDefault="00290DEA">
      <w:pPr>
        <w:spacing w:before="20" w:after="60"/>
        <w:rPr>
          <w:rFonts w:ascii="Avenir Next LT Pro" w:hAnsi="Avenir Next LT Pro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11"/>
        <w:gridCol w:w="5411"/>
      </w:tblGrid>
      <w:tr w:rsidR="00696D18" w:rsidRPr="000D78A8" w14:paraId="62D40B0B" w14:textId="77777777">
        <w:tc>
          <w:tcPr>
            <w:tcW w:w="5411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91BBE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  <w:lang w:val="da-DK"/>
              </w:rPr>
            </w:pPr>
            <w:r w:rsidRPr="000062B8">
              <w:rPr>
                <w:rFonts w:ascii="Avenir Next LT Pro" w:hAnsi="Avenir Next LT Pro"/>
                <w:b/>
                <w:sz w:val="24"/>
                <w:szCs w:val="24"/>
                <w:lang w:val="da-DK"/>
              </w:rPr>
              <w:t xml:space="preserve">OPSTARTSÅR   </w:t>
            </w:r>
            <w:r w:rsidRPr="000062B8">
              <w:rPr>
                <w:rFonts w:ascii="Avenir Next LT Pro" w:hAnsi="Avenir Next LT Pro"/>
                <w:color w:val="6F8290"/>
                <w:sz w:val="24"/>
                <w:szCs w:val="24"/>
                <w:lang w:val="da-DK"/>
              </w:rPr>
              <w:t>Klik her og skriv</w:t>
            </w:r>
          </w:p>
        </w:tc>
        <w:tc>
          <w:tcPr>
            <w:tcW w:w="5411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A1713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  <w:lang w:val="da-DK"/>
              </w:rPr>
            </w:pPr>
            <w:r w:rsidRPr="000062B8">
              <w:rPr>
                <w:rFonts w:ascii="Avenir Next LT Pro" w:hAnsi="Avenir Next LT Pro"/>
                <w:b/>
                <w:sz w:val="24"/>
                <w:szCs w:val="24"/>
                <w:lang w:val="da-DK"/>
              </w:rPr>
              <w:t xml:space="preserve">SPORTSLINJE   </w:t>
            </w:r>
            <w:r w:rsidRPr="000062B8">
              <w:rPr>
                <w:rFonts w:ascii="Avenir Next LT Pro" w:hAnsi="Avenir Next LT Pro"/>
                <w:color w:val="6F8290"/>
                <w:sz w:val="24"/>
                <w:szCs w:val="24"/>
                <w:lang w:val="da-DK"/>
              </w:rPr>
              <w:t>Klik her og skriv</w:t>
            </w:r>
          </w:p>
        </w:tc>
      </w:tr>
    </w:tbl>
    <w:p w14:paraId="5D5EE44F" w14:textId="77777777" w:rsidR="00290DEA" w:rsidRPr="000D78A8" w:rsidRDefault="00290DEA">
      <w:pPr>
        <w:pBdr>
          <w:bottom w:val="single" w:sz="7" w:space="2" w:color="129AF3"/>
        </w:pBdr>
        <w:spacing w:before="120" w:after="80"/>
        <w:rPr>
          <w:rFonts w:ascii="Avenir Next LT Pro" w:hAnsi="Avenir Next LT Pro"/>
          <w:b/>
          <w:sz w:val="24"/>
          <w:szCs w:val="24"/>
          <w:lang w:val="da-DK"/>
        </w:rPr>
      </w:pPr>
    </w:p>
    <w:p w14:paraId="7BB88859" w14:textId="37053213" w:rsidR="00696D18" w:rsidRPr="000062B8" w:rsidRDefault="00BD75A0">
      <w:pPr>
        <w:pBdr>
          <w:bottom w:val="single" w:sz="7" w:space="2" w:color="129AF3"/>
        </w:pBdr>
        <w:spacing w:before="120" w:after="80"/>
        <w:rPr>
          <w:rFonts w:ascii="Avenir Next LT Pro" w:hAnsi="Avenir Next LT Pro"/>
          <w:sz w:val="24"/>
          <w:szCs w:val="24"/>
        </w:rPr>
      </w:pPr>
      <w:r w:rsidRPr="000062B8">
        <w:rPr>
          <w:rFonts w:ascii="Avenir Next LT Pro" w:hAnsi="Avenir Next LT Pro"/>
          <w:b/>
          <w:sz w:val="24"/>
          <w:szCs w:val="24"/>
        </w:rPr>
        <w:t>PERSONLIGE OPLYSNINGER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824"/>
      </w:tblGrid>
      <w:tr w:rsidR="00696D18" w:rsidRPr="000062B8" w14:paraId="191F8F7B" w14:textId="77777777">
        <w:trPr>
          <w:trHeight w:val="295"/>
          <w:jc w:val="center"/>
        </w:trPr>
        <w:tc>
          <w:tcPr>
            <w:tcW w:w="2268" w:type="dxa"/>
            <w:tcBorders>
              <w:top w:val="single" w:sz="6" w:space="0" w:color="00385D"/>
              <w:left w:val="single" w:sz="6" w:space="0" w:color="00385D"/>
              <w:bottom w:val="single" w:sz="6" w:space="0" w:color="00385D"/>
              <w:right w:val="single" w:sz="6" w:space="0" w:color="00385D"/>
            </w:tcBorders>
            <w:shd w:val="clear" w:color="auto" w:fill="00385D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7153B8FD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0062B8">
              <w:rPr>
                <w:rFonts w:ascii="Avenir Next LT Pro" w:hAnsi="Avenir Next LT Pro"/>
                <w:b/>
                <w:color w:val="FFFFFF"/>
                <w:sz w:val="24"/>
                <w:szCs w:val="24"/>
              </w:rPr>
              <w:t>Navn</w:t>
            </w:r>
          </w:p>
        </w:tc>
        <w:tc>
          <w:tcPr>
            <w:tcW w:w="7824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33ECA916" w14:textId="515C4800" w:rsidR="00696D18" w:rsidRPr="000062B8" w:rsidRDefault="00696D18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</w:p>
        </w:tc>
      </w:tr>
      <w:tr w:rsidR="00696D18" w:rsidRPr="000062B8" w14:paraId="2E4BC668" w14:textId="77777777">
        <w:trPr>
          <w:trHeight w:val="295"/>
          <w:jc w:val="center"/>
        </w:trPr>
        <w:tc>
          <w:tcPr>
            <w:tcW w:w="2268" w:type="dxa"/>
            <w:tcBorders>
              <w:top w:val="single" w:sz="6" w:space="0" w:color="00385D"/>
              <w:left w:val="single" w:sz="6" w:space="0" w:color="00385D"/>
              <w:bottom w:val="single" w:sz="6" w:space="0" w:color="00385D"/>
              <w:right w:val="single" w:sz="6" w:space="0" w:color="00385D"/>
            </w:tcBorders>
            <w:shd w:val="clear" w:color="auto" w:fill="00385D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AD01708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0062B8">
              <w:rPr>
                <w:rFonts w:ascii="Avenir Next LT Pro" w:hAnsi="Avenir Next LT Pro"/>
                <w:b/>
                <w:color w:val="FFFFFF"/>
                <w:sz w:val="24"/>
                <w:szCs w:val="24"/>
              </w:rPr>
              <w:t>Adresse</w:t>
            </w:r>
          </w:p>
        </w:tc>
        <w:tc>
          <w:tcPr>
            <w:tcW w:w="7824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4C107455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0062B8">
              <w:rPr>
                <w:rFonts w:ascii="Avenir Next LT Pro" w:hAnsi="Avenir Next LT Pro"/>
                <w:color w:val="6F8290"/>
                <w:sz w:val="24"/>
                <w:szCs w:val="24"/>
              </w:rPr>
              <w:t>Klik her og skriv</w:t>
            </w:r>
          </w:p>
        </w:tc>
      </w:tr>
      <w:tr w:rsidR="00696D18" w:rsidRPr="000062B8" w14:paraId="6FB080D3" w14:textId="77777777">
        <w:trPr>
          <w:trHeight w:val="295"/>
          <w:jc w:val="center"/>
        </w:trPr>
        <w:tc>
          <w:tcPr>
            <w:tcW w:w="2268" w:type="dxa"/>
            <w:tcBorders>
              <w:top w:val="single" w:sz="6" w:space="0" w:color="00385D"/>
              <w:left w:val="single" w:sz="6" w:space="0" w:color="00385D"/>
              <w:bottom w:val="single" w:sz="6" w:space="0" w:color="00385D"/>
              <w:right w:val="single" w:sz="6" w:space="0" w:color="00385D"/>
            </w:tcBorders>
            <w:shd w:val="clear" w:color="auto" w:fill="00385D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2C076258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0062B8">
              <w:rPr>
                <w:rFonts w:ascii="Avenir Next LT Pro" w:hAnsi="Avenir Next LT Pro"/>
                <w:b/>
                <w:color w:val="FFFFFF"/>
                <w:sz w:val="24"/>
                <w:szCs w:val="24"/>
              </w:rPr>
              <w:t>Postnr. / by</w:t>
            </w:r>
          </w:p>
        </w:tc>
        <w:tc>
          <w:tcPr>
            <w:tcW w:w="7824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3254864A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0062B8">
              <w:rPr>
                <w:rFonts w:ascii="Avenir Next LT Pro" w:hAnsi="Avenir Next LT Pro"/>
                <w:color w:val="6F8290"/>
                <w:sz w:val="24"/>
                <w:szCs w:val="24"/>
              </w:rPr>
              <w:t>Klik her og skriv</w:t>
            </w:r>
          </w:p>
        </w:tc>
      </w:tr>
      <w:tr w:rsidR="00696D18" w:rsidRPr="000062B8" w14:paraId="5B2DBC2E" w14:textId="77777777">
        <w:trPr>
          <w:trHeight w:val="295"/>
          <w:jc w:val="center"/>
        </w:trPr>
        <w:tc>
          <w:tcPr>
            <w:tcW w:w="2268" w:type="dxa"/>
            <w:tcBorders>
              <w:top w:val="single" w:sz="6" w:space="0" w:color="00385D"/>
              <w:left w:val="single" w:sz="6" w:space="0" w:color="00385D"/>
              <w:bottom w:val="single" w:sz="6" w:space="0" w:color="00385D"/>
              <w:right w:val="single" w:sz="6" w:space="0" w:color="00385D"/>
            </w:tcBorders>
            <w:shd w:val="clear" w:color="auto" w:fill="00385D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14B047A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0062B8">
              <w:rPr>
                <w:rFonts w:ascii="Avenir Next LT Pro" w:hAnsi="Avenir Next LT Pro"/>
                <w:b/>
                <w:color w:val="FFFFFF"/>
                <w:sz w:val="24"/>
                <w:szCs w:val="24"/>
              </w:rPr>
              <w:t>Telefon</w:t>
            </w:r>
          </w:p>
        </w:tc>
        <w:tc>
          <w:tcPr>
            <w:tcW w:w="7824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15F7B6D5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0062B8">
              <w:rPr>
                <w:rFonts w:ascii="Avenir Next LT Pro" w:hAnsi="Avenir Next LT Pro"/>
                <w:color w:val="6F8290"/>
                <w:sz w:val="24"/>
                <w:szCs w:val="24"/>
              </w:rPr>
              <w:t>Klik her og skriv</w:t>
            </w:r>
          </w:p>
        </w:tc>
      </w:tr>
      <w:tr w:rsidR="00696D18" w:rsidRPr="000062B8" w14:paraId="286F320E" w14:textId="77777777">
        <w:trPr>
          <w:trHeight w:val="295"/>
          <w:jc w:val="center"/>
        </w:trPr>
        <w:tc>
          <w:tcPr>
            <w:tcW w:w="2268" w:type="dxa"/>
            <w:tcBorders>
              <w:top w:val="single" w:sz="6" w:space="0" w:color="00385D"/>
              <w:left w:val="single" w:sz="6" w:space="0" w:color="00385D"/>
              <w:bottom w:val="single" w:sz="6" w:space="0" w:color="00385D"/>
              <w:right w:val="single" w:sz="6" w:space="0" w:color="00385D"/>
            </w:tcBorders>
            <w:shd w:val="clear" w:color="auto" w:fill="00385D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04991066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0062B8">
              <w:rPr>
                <w:rFonts w:ascii="Avenir Next LT Pro" w:hAnsi="Avenir Next LT Pro"/>
                <w:b/>
                <w:color w:val="FFFFFF"/>
                <w:sz w:val="24"/>
                <w:szCs w:val="24"/>
              </w:rPr>
              <w:t>E-mail</w:t>
            </w:r>
          </w:p>
        </w:tc>
        <w:tc>
          <w:tcPr>
            <w:tcW w:w="7824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7F16CACE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0062B8">
              <w:rPr>
                <w:rFonts w:ascii="Avenir Next LT Pro" w:hAnsi="Avenir Next LT Pro"/>
                <w:color w:val="6F8290"/>
                <w:sz w:val="24"/>
                <w:szCs w:val="24"/>
              </w:rPr>
              <w:t>Klik her og skriv</w:t>
            </w:r>
          </w:p>
        </w:tc>
      </w:tr>
    </w:tbl>
    <w:p w14:paraId="1B44634F" w14:textId="77777777" w:rsidR="00290DEA" w:rsidRPr="000062B8" w:rsidRDefault="00290DEA">
      <w:pPr>
        <w:pBdr>
          <w:bottom w:val="single" w:sz="7" w:space="2" w:color="129AF3"/>
        </w:pBdr>
        <w:spacing w:before="120" w:after="80"/>
        <w:rPr>
          <w:rFonts w:ascii="Avenir Next LT Pro" w:hAnsi="Avenir Next LT Pro"/>
          <w:b/>
          <w:sz w:val="24"/>
          <w:szCs w:val="24"/>
        </w:rPr>
      </w:pPr>
    </w:p>
    <w:p w14:paraId="4CE0083F" w14:textId="1C69A0A4" w:rsidR="00696D18" w:rsidRPr="000062B8" w:rsidRDefault="00BD75A0">
      <w:pPr>
        <w:pBdr>
          <w:bottom w:val="single" w:sz="7" w:space="2" w:color="129AF3"/>
        </w:pBdr>
        <w:spacing w:before="120" w:after="80"/>
        <w:rPr>
          <w:rFonts w:ascii="Avenir Next LT Pro" w:hAnsi="Avenir Next LT Pro"/>
          <w:sz w:val="24"/>
          <w:szCs w:val="24"/>
        </w:rPr>
      </w:pPr>
      <w:r w:rsidRPr="000062B8">
        <w:rPr>
          <w:rFonts w:ascii="Avenir Next LT Pro" w:hAnsi="Avenir Next LT Pro"/>
          <w:b/>
          <w:sz w:val="24"/>
          <w:szCs w:val="24"/>
        </w:rPr>
        <w:t>SKOLE OG UDDANNELSE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6"/>
        <w:gridCol w:w="7406"/>
      </w:tblGrid>
      <w:tr w:rsidR="00696D18" w:rsidRPr="000062B8" w14:paraId="52377C44" w14:textId="77777777" w:rsidTr="00CF2607">
        <w:trPr>
          <w:trHeight w:val="340"/>
          <w:jc w:val="center"/>
        </w:trPr>
        <w:tc>
          <w:tcPr>
            <w:tcW w:w="2686" w:type="dxa"/>
            <w:tcBorders>
              <w:top w:val="single" w:sz="6" w:space="0" w:color="00385D"/>
              <w:left w:val="single" w:sz="6" w:space="0" w:color="00385D"/>
              <w:bottom w:val="single" w:sz="6" w:space="0" w:color="00385D"/>
              <w:right w:val="single" w:sz="6" w:space="0" w:color="00385D"/>
            </w:tcBorders>
            <w:shd w:val="clear" w:color="auto" w:fill="00385D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49A92577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proofErr w:type="spellStart"/>
            <w:r w:rsidRPr="000062B8">
              <w:rPr>
                <w:rFonts w:ascii="Avenir Next LT Pro" w:hAnsi="Avenir Next LT Pro"/>
                <w:b/>
                <w:color w:val="FFFFFF"/>
                <w:sz w:val="24"/>
                <w:szCs w:val="24"/>
              </w:rPr>
              <w:t>Nuværende</w:t>
            </w:r>
            <w:proofErr w:type="spellEnd"/>
            <w:r w:rsidRPr="000062B8">
              <w:rPr>
                <w:rFonts w:ascii="Avenir Next LT Pro" w:hAnsi="Avenir Next LT Pro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0062B8">
              <w:rPr>
                <w:rFonts w:ascii="Avenir Next LT Pro" w:hAnsi="Avenir Next LT Pro"/>
                <w:b/>
                <w:color w:val="FFFFFF"/>
                <w:sz w:val="24"/>
                <w:szCs w:val="24"/>
              </w:rPr>
              <w:t>klasse</w:t>
            </w:r>
            <w:proofErr w:type="spellEnd"/>
          </w:p>
        </w:tc>
        <w:tc>
          <w:tcPr>
            <w:tcW w:w="7406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790F1221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0062B8">
              <w:rPr>
                <w:rFonts w:ascii="Avenir Next LT Pro" w:hAnsi="Avenir Next LT Pro"/>
                <w:color w:val="6F8290"/>
                <w:sz w:val="24"/>
                <w:szCs w:val="24"/>
              </w:rPr>
              <w:t>Klik her og skriv</w:t>
            </w:r>
          </w:p>
        </w:tc>
      </w:tr>
      <w:tr w:rsidR="00696D18" w:rsidRPr="000062B8" w14:paraId="75F840C2" w14:textId="77777777" w:rsidTr="00CF2607">
        <w:trPr>
          <w:trHeight w:val="340"/>
          <w:jc w:val="center"/>
        </w:trPr>
        <w:tc>
          <w:tcPr>
            <w:tcW w:w="2686" w:type="dxa"/>
            <w:tcBorders>
              <w:top w:val="single" w:sz="6" w:space="0" w:color="00385D"/>
              <w:left w:val="single" w:sz="6" w:space="0" w:color="00385D"/>
              <w:bottom w:val="single" w:sz="6" w:space="0" w:color="00385D"/>
              <w:right w:val="single" w:sz="6" w:space="0" w:color="00385D"/>
            </w:tcBorders>
            <w:shd w:val="clear" w:color="auto" w:fill="00385D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35A71558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0062B8">
              <w:rPr>
                <w:rFonts w:ascii="Avenir Next LT Pro" w:hAnsi="Avenir Next LT Pro"/>
                <w:b/>
                <w:color w:val="FFFFFF"/>
                <w:sz w:val="24"/>
                <w:szCs w:val="24"/>
              </w:rPr>
              <w:t>1. prioritet</w:t>
            </w:r>
          </w:p>
        </w:tc>
        <w:tc>
          <w:tcPr>
            <w:tcW w:w="7406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5EAA63C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0062B8">
              <w:rPr>
                <w:rFonts w:ascii="Segoe UI Symbol" w:hAnsi="Segoe UI Symbol" w:cs="Segoe UI Symbol"/>
                <w:color w:val="6F8290"/>
                <w:sz w:val="24"/>
                <w:szCs w:val="24"/>
              </w:rPr>
              <w:t>☐</w:t>
            </w:r>
            <w:r w:rsidRPr="000062B8">
              <w:rPr>
                <w:rFonts w:ascii="Avenir Next LT Pro" w:hAnsi="Avenir Next LT Pro"/>
                <w:color w:val="6F8290"/>
                <w:sz w:val="24"/>
                <w:szCs w:val="24"/>
              </w:rPr>
              <w:t xml:space="preserve"> STX     </w:t>
            </w:r>
            <w:r w:rsidRPr="000062B8">
              <w:rPr>
                <w:rFonts w:ascii="Segoe UI Symbol" w:hAnsi="Segoe UI Symbol" w:cs="Segoe UI Symbol"/>
                <w:color w:val="6F8290"/>
                <w:sz w:val="24"/>
                <w:szCs w:val="24"/>
              </w:rPr>
              <w:t>☐</w:t>
            </w:r>
            <w:r w:rsidRPr="000062B8">
              <w:rPr>
                <w:rFonts w:ascii="Avenir Next LT Pro" w:hAnsi="Avenir Next LT Pro"/>
                <w:color w:val="6F8290"/>
                <w:sz w:val="24"/>
                <w:szCs w:val="24"/>
              </w:rPr>
              <w:t xml:space="preserve"> 10. klasse</w:t>
            </w:r>
          </w:p>
        </w:tc>
      </w:tr>
    </w:tbl>
    <w:p w14:paraId="5E501E55" w14:textId="77777777" w:rsidR="00290DEA" w:rsidRPr="000062B8" w:rsidRDefault="00290DEA">
      <w:pPr>
        <w:pBdr>
          <w:bottom w:val="single" w:sz="7" w:space="2" w:color="129AF3"/>
        </w:pBdr>
        <w:spacing w:before="120" w:after="80"/>
        <w:rPr>
          <w:rFonts w:ascii="Avenir Next LT Pro" w:hAnsi="Avenir Next LT Pro"/>
          <w:b/>
          <w:sz w:val="24"/>
          <w:szCs w:val="24"/>
        </w:rPr>
      </w:pPr>
    </w:p>
    <w:p w14:paraId="4FD94112" w14:textId="29A29C3A" w:rsidR="00696D18" w:rsidRPr="000062B8" w:rsidRDefault="00BD75A0">
      <w:pPr>
        <w:pBdr>
          <w:bottom w:val="single" w:sz="7" w:space="2" w:color="129AF3"/>
        </w:pBdr>
        <w:spacing w:before="120" w:after="80"/>
        <w:rPr>
          <w:rFonts w:ascii="Avenir Next LT Pro" w:hAnsi="Avenir Next LT Pro"/>
          <w:sz w:val="24"/>
          <w:szCs w:val="24"/>
        </w:rPr>
      </w:pPr>
      <w:r w:rsidRPr="000062B8">
        <w:rPr>
          <w:rFonts w:ascii="Avenir Next LT Pro" w:hAnsi="Avenir Next LT Pro"/>
          <w:b/>
          <w:sz w:val="24"/>
          <w:szCs w:val="24"/>
        </w:rPr>
        <w:t>SPORTSLIG BAGGRUND</w:t>
      </w:r>
    </w:p>
    <w:p w14:paraId="5CA22D46" w14:textId="77777777" w:rsidR="00696D18" w:rsidRPr="000062B8" w:rsidRDefault="00BD75A0">
      <w:pPr>
        <w:spacing w:before="40" w:after="60"/>
        <w:rPr>
          <w:rFonts w:ascii="Avenir Next LT Pro" w:hAnsi="Avenir Next LT Pro"/>
          <w:sz w:val="24"/>
          <w:szCs w:val="24"/>
          <w:lang w:val="da-DK"/>
        </w:rPr>
      </w:pPr>
      <w:r w:rsidRPr="000062B8">
        <w:rPr>
          <w:rFonts w:ascii="Avenir Next LT Pro" w:hAnsi="Avenir Next LT Pro"/>
          <w:sz w:val="24"/>
          <w:szCs w:val="24"/>
          <w:lang w:val="da-DK"/>
        </w:rPr>
        <w:t>Tidligere/nuværende klub, niveau, antal år og evt. position: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84"/>
      </w:tblGrid>
      <w:tr w:rsidR="00696D18" w:rsidRPr="000062B8" w14:paraId="74602958" w14:textId="77777777">
        <w:trPr>
          <w:trHeight w:val="351"/>
        </w:trPr>
        <w:tc>
          <w:tcPr>
            <w:tcW w:w="10822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FB92F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proofErr w:type="spellStart"/>
            <w:r w:rsidRPr="000062B8">
              <w:rPr>
                <w:rFonts w:ascii="Avenir Next LT Pro" w:hAnsi="Avenir Next LT Pro"/>
                <w:color w:val="6F8290"/>
                <w:sz w:val="24"/>
                <w:szCs w:val="24"/>
              </w:rPr>
              <w:t>Klik</w:t>
            </w:r>
            <w:proofErr w:type="spellEnd"/>
            <w:r w:rsidRPr="000062B8">
              <w:rPr>
                <w:rFonts w:ascii="Avenir Next LT Pro" w:hAnsi="Avenir Next LT Pro"/>
                <w:color w:val="6F8290"/>
                <w:sz w:val="24"/>
                <w:szCs w:val="24"/>
              </w:rPr>
              <w:t xml:space="preserve"> her og </w:t>
            </w:r>
            <w:proofErr w:type="spellStart"/>
            <w:r w:rsidRPr="000062B8">
              <w:rPr>
                <w:rFonts w:ascii="Avenir Next LT Pro" w:hAnsi="Avenir Next LT Pro"/>
                <w:color w:val="6F8290"/>
                <w:sz w:val="24"/>
                <w:szCs w:val="24"/>
              </w:rPr>
              <w:t>skriv</w:t>
            </w:r>
            <w:proofErr w:type="spellEnd"/>
          </w:p>
        </w:tc>
      </w:tr>
    </w:tbl>
    <w:p w14:paraId="55F902AD" w14:textId="77777777" w:rsidR="00290DEA" w:rsidRPr="000062B8" w:rsidRDefault="00290DEA">
      <w:pPr>
        <w:pBdr>
          <w:bottom w:val="single" w:sz="7" w:space="2" w:color="129AF3"/>
        </w:pBdr>
        <w:spacing w:before="120" w:after="80"/>
        <w:rPr>
          <w:rFonts w:ascii="Avenir Next LT Pro" w:hAnsi="Avenir Next LT Pro"/>
          <w:b/>
          <w:sz w:val="24"/>
          <w:szCs w:val="24"/>
        </w:rPr>
      </w:pPr>
    </w:p>
    <w:p w14:paraId="281F1D0A" w14:textId="42A884BC" w:rsidR="00696D18" w:rsidRPr="000062B8" w:rsidRDefault="00BD75A0">
      <w:pPr>
        <w:pBdr>
          <w:bottom w:val="single" w:sz="7" w:space="2" w:color="129AF3"/>
        </w:pBdr>
        <w:spacing w:before="120" w:after="80"/>
        <w:rPr>
          <w:rFonts w:ascii="Avenir Next LT Pro" w:hAnsi="Avenir Next LT Pro"/>
          <w:sz w:val="24"/>
          <w:szCs w:val="24"/>
        </w:rPr>
      </w:pPr>
      <w:r w:rsidRPr="000062B8">
        <w:rPr>
          <w:rFonts w:ascii="Avenir Next LT Pro" w:hAnsi="Avenir Next LT Pro"/>
          <w:b/>
          <w:sz w:val="24"/>
          <w:szCs w:val="24"/>
        </w:rPr>
        <w:t>TRÆNER / UDTALELSE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824"/>
      </w:tblGrid>
      <w:tr w:rsidR="00696D18" w:rsidRPr="000062B8" w14:paraId="44E3EAC0" w14:textId="77777777" w:rsidTr="00290DEA">
        <w:trPr>
          <w:trHeight w:val="421"/>
          <w:jc w:val="center"/>
        </w:trPr>
        <w:tc>
          <w:tcPr>
            <w:tcW w:w="2268" w:type="dxa"/>
            <w:tcBorders>
              <w:top w:val="single" w:sz="6" w:space="0" w:color="00385D"/>
              <w:left w:val="single" w:sz="6" w:space="0" w:color="00385D"/>
              <w:bottom w:val="single" w:sz="6" w:space="0" w:color="00385D"/>
              <w:right w:val="single" w:sz="6" w:space="0" w:color="00385D"/>
            </w:tcBorders>
            <w:shd w:val="clear" w:color="auto" w:fill="00385D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4CA9DD14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proofErr w:type="spellStart"/>
            <w:r w:rsidRPr="000062B8">
              <w:rPr>
                <w:rFonts w:ascii="Avenir Next LT Pro" w:hAnsi="Avenir Next LT Pro"/>
                <w:b/>
                <w:color w:val="FFFFFF"/>
                <w:sz w:val="24"/>
                <w:szCs w:val="24"/>
              </w:rPr>
              <w:t>Træners</w:t>
            </w:r>
            <w:proofErr w:type="spellEnd"/>
            <w:r w:rsidRPr="000062B8">
              <w:rPr>
                <w:rFonts w:ascii="Avenir Next LT Pro" w:hAnsi="Avenir Next LT Pro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0062B8">
              <w:rPr>
                <w:rFonts w:ascii="Avenir Next LT Pro" w:hAnsi="Avenir Next LT Pro"/>
                <w:b/>
                <w:color w:val="FFFFFF"/>
                <w:sz w:val="24"/>
                <w:szCs w:val="24"/>
              </w:rPr>
              <w:t>navn</w:t>
            </w:r>
            <w:proofErr w:type="spellEnd"/>
          </w:p>
        </w:tc>
        <w:tc>
          <w:tcPr>
            <w:tcW w:w="7824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2B9316F1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0062B8">
              <w:rPr>
                <w:rFonts w:ascii="Avenir Next LT Pro" w:hAnsi="Avenir Next LT Pro"/>
                <w:color w:val="6F8290"/>
                <w:sz w:val="24"/>
                <w:szCs w:val="24"/>
              </w:rPr>
              <w:t>Klik her og skriv</w:t>
            </w:r>
          </w:p>
        </w:tc>
      </w:tr>
    </w:tbl>
    <w:p w14:paraId="76B1A15C" w14:textId="77777777" w:rsidR="00696D18" w:rsidRPr="000062B8" w:rsidRDefault="00BD75A0">
      <w:pPr>
        <w:spacing w:before="60" w:after="60"/>
        <w:rPr>
          <w:rFonts w:ascii="Avenir Next LT Pro" w:hAnsi="Avenir Next LT Pro"/>
          <w:sz w:val="24"/>
          <w:szCs w:val="24"/>
          <w:lang w:val="da-DK"/>
        </w:rPr>
      </w:pPr>
      <w:r w:rsidRPr="000062B8">
        <w:rPr>
          <w:rFonts w:ascii="Avenir Next LT Pro" w:hAnsi="Avenir Next LT Pro"/>
          <w:sz w:val="24"/>
          <w:szCs w:val="24"/>
          <w:lang w:val="da-DK"/>
        </w:rPr>
        <w:t>Udtalelse kan skrives her eller vedlægges: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84"/>
      </w:tblGrid>
      <w:tr w:rsidR="00696D18" w:rsidRPr="000062B8" w14:paraId="636EA9D5" w14:textId="77777777">
        <w:trPr>
          <w:trHeight w:val="340"/>
        </w:trPr>
        <w:tc>
          <w:tcPr>
            <w:tcW w:w="10822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7884FEB" w14:textId="19C3B90F" w:rsidR="00696D18" w:rsidRPr="000062B8" w:rsidRDefault="000D78A8">
            <w:p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color w:val="6F8290"/>
                <w:sz w:val="24"/>
                <w:szCs w:val="24"/>
              </w:rPr>
              <w:t>kgfhjdgffffffffffffffffffffffffffffffffffffffffffffffffffffffffffffffffffffffffffffffffffffffffhhgjjjjjjjjjjjjjjjjjjjjjjjjjjjjjjjjjjjjjjjjjjjjjjjjjjjjjjjjjjjjjjjjjjjjjjjjjjjjjjjjjjjjjjjjjjjjjjjjjjjjjjjjjjjjjjjjjjjjjjjjjjjjjjjjjjjjjjjjjjjjjjjjjjjjjjjjjjjjjjjjjjjjjjjjjjjjjjjjjjjjjjjjjjjjjjjjjjjjjjjjjjjjjjjjjjjjjjjjjjjjjjjjjjjjjjjjjjjjjj</w:t>
            </w:r>
          </w:p>
        </w:tc>
      </w:tr>
    </w:tbl>
    <w:p w14:paraId="1174F0E5" w14:textId="77777777" w:rsidR="00290DEA" w:rsidRPr="000062B8" w:rsidRDefault="00290DEA">
      <w:pPr>
        <w:pBdr>
          <w:bottom w:val="single" w:sz="7" w:space="2" w:color="129AF3"/>
        </w:pBdr>
        <w:spacing w:before="120" w:after="80"/>
        <w:rPr>
          <w:rFonts w:ascii="Avenir Next LT Pro" w:hAnsi="Avenir Next LT Pro"/>
          <w:b/>
          <w:sz w:val="24"/>
          <w:szCs w:val="24"/>
        </w:rPr>
      </w:pPr>
    </w:p>
    <w:p w14:paraId="27764AD0" w14:textId="4CE893A5" w:rsidR="00696D18" w:rsidRPr="000062B8" w:rsidRDefault="00BD75A0">
      <w:pPr>
        <w:pBdr>
          <w:bottom w:val="single" w:sz="7" w:space="2" w:color="129AF3"/>
        </w:pBdr>
        <w:spacing w:before="120" w:after="80"/>
        <w:rPr>
          <w:rFonts w:ascii="Avenir Next LT Pro" w:hAnsi="Avenir Next LT Pro"/>
          <w:sz w:val="24"/>
          <w:szCs w:val="24"/>
        </w:rPr>
      </w:pPr>
      <w:r w:rsidRPr="000062B8">
        <w:rPr>
          <w:rFonts w:ascii="Avenir Next LT Pro" w:hAnsi="Avenir Next LT Pro"/>
          <w:b/>
          <w:sz w:val="24"/>
          <w:szCs w:val="24"/>
        </w:rPr>
        <w:t>UNDERSKRIFT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7"/>
        <w:gridCol w:w="3607"/>
        <w:gridCol w:w="3607"/>
      </w:tblGrid>
      <w:tr w:rsidR="00696D18" w:rsidRPr="000D78A8" w14:paraId="4917524E" w14:textId="77777777">
        <w:trPr>
          <w:trHeight w:val="669"/>
        </w:trPr>
        <w:tc>
          <w:tcPr>
            <w:tcW w:w="3607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020DFC3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  <w:lang w:val="da-DK"/>
              </w:rPr>
            </w:pPr>
            <w:r w:rsidRPr="000062B8">
              <w:rPr>
                <w:rFonts w:ascii="Avenir Next LT Pro" w:hAnsi="Avenir Next LT Pro"/>
                <w:b/>
                <w:sz w:val="24"/>
                <w:szCs w:val="24"/>
                <w:lang w:val="da-DK"/>
              </w:rPr>
              <w:lastRenderedPageBreak/>
              <w:t>Elev / underskrift</w:t>
            </w:r>
            <w:r w:rsidRPr="000062B8">
              <w:rPr>
                <w:rFonts w:ascii="Avenir Next LT Pro" w:hAnsi="Avenir Next LT Pro"/>
                <w:b/>
                <w:sz w:val="24"/>
                <w:szCs w:val="24"/>
                <w:lang w:val="da-DK"/>
              </w:rPr>
              <w:br/>
            </w:r>
            <w:r w:rsidRPr="000062B8">
              <w:rPr>
                <w:rFonts w:ascii="Avenir Next LT Pro" w:hAnsi="Avenir Next LT Pro"/>
                <w:color w:val="6F8290"/>
                <w:sz w:val="24"/>
                <w:szCs w:val="24"/>
                <w:lang w:val="da-DK"/>
              </w:rPr>
              <w:t>Klik her og skriv</w:t>
            </w:r>
          </w:p>
        </w:tc>
        <w:tc>
          <w:tcPr>
            <w:tcW w:w="3607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834F949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  <w:lang w:val="da-DK"/>
              </w:rPr>
            </w:pPr>
            <w:r w:rsidRPr="000062B8">
              <w:rPr>
                <w:rFonts w:ascii="Avenir Next LT Pro" w:hAnsi="Avenir Next LT Pro"/>
                <w:b/>
                <w:sz w:val="24"/>
                <w:szCs w:val="24"/>
                <w:lang w:val="da-DK"/>
              </w:rPr>
              <w:t>Forælder/værge / underskrift</w:t>
            </w:r>
            <w:r w:rsidRPr="000062B8">
              <w:rPr>
                <w:rFonts w:ascii="Avenir Next LT Pro" w:hAnsi="Avenir Next LT Pro"/>
                <w:b/>
                <w:sz w:val="24"/>
                <w:szCs w:val="24"/>
                <w:lang w:val="da-DK"/>
              </w:rPr>
              <w:br/>
            </w:r>
            <w:r w:rsidRPr="000062B8">
              <w:rPr>
                <w:rFonts w:ascii="Avenir Next LT Pro" w:hAnsi="Avenir Next LT Pro"/>
                <w:color w:val="6F8290"/>
                <w:sz w:val="24"/>
                <w:szCs w:val="24"/>
                <w:lang w:val="da-DK"/>
              </w:rPr>
              <w:t>Klik her og skriv</w:t>
            </w:r>
          </w:p>
        </w:tc>
        <w:tc>
          <w:tcPr>
            <w:tcW w:w="3607" w:type="dxa"/>
            <w:tcBorders>
              <w:top w:val="single" w:sz="6" w:space="0" w:color="D9E4EB"/>
              <w:left w:val="single" w:sz="6" w:space="0" w:color="D9E4EB"/>
              <w:bottom w:val="single" w:sz="6" w:space="0" w:color="D9E4EB"/>
              <w:right w:val="single" w:sz="6" w:space="0" w:color="D9E4EB"/>
            </w:tcBorders>
            <w:shd w:val="clear" w:color="auto" w:fill="F5F8F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34C16E5" w14:textId="77777777" w:rsidR="00696D18" w:rsidRPr="000062B8" w:rsidRDefault="00BD75A0">
            <w:pPr>
              <w:spacing w:after="0"/>
              <w:rPr>
                <w:rFonts w:ascii="Avenir Next LT Pro" w:hAnsi="Avenir Next LT Pro"/>
                <w:sz w:val="24"/>
                <w:szCs w:val="24"/>
                <w:lang w:val="da-DK"/>
              </w:rPr>
            </w:pPr>
            <w:r w:rsidRPr="000062B8">
              <w:rPr>
                <w:rFonts w:ascii="Avenir Next LT Pro" w:hAnsi="Avenir Next LT Pro"/>
                <w:b/>
                <w:sz w:val="24"/>
                <w:szCs w:val="24"/>
                <w:lang w:val="da-DK"/>
              </w:rPr>
              <w:t>Dato</w:t>
            </w:r>
            <w:r w:rsidRPr="000062B8">
              <w:rPr>
                <w:rFonts w:ascii="Avenir Next LT Pro" w:hAnsi="Avenir Next LT Pro"/>
                <w:b/>
                <w:sz w:val="24"/>
                <w:szCs w:val="24"/>
                <w:lang w:val="da-DK"/>
              </w:rPr>
              <w:br/>
            </w:r>
            <w:r w:rsidRPr="000062B8">
              <w:rPr>
                <w:rFonts w:ascii="Avenir Next LT Pro" w:hAnsi="Avenir Next LT Pro"/>
                <w:color w:val="6F8290"/>
                <w:sz w:val="24"/>
                <w:szCs w:val="24"/>
                <w:lang w:val="da-DK"/>
              </w:rPr>
              <w:t>Klik her og skriv</w:t>
            </w:r>
          </w:p>
        </w:tc>
      </w:tr>
    </w:tbl>
    <w:p w14:paraId="1EBD6676" w14:textId="77777777" w:rsidR="00BD75A0" w:rsidRPr="000062B8" w:rsidRDefault="00BD75A0">
      <w:pPr>
        <w:rPr>
          <w:rFonts w:ascii="Avenir Next LT Pro" w:hAnsi="Avenir Next LT Pro"/>
          <w:lang w:val="da-DK"/>
        </w:rPr>
      </w:pPr>
    </w:p>
    <w:sectPr w:rsidR="00BD75A0" w:rsidRPr="000062B8" w:rsidSect="00290DEA">
      <w:footerReference w:type="default" r:id="rId9"/>
      <w:pgSz w:w="12240" w:h="15840"/>
      <w:pgMar w:top="720" w:right="720" w:bottom="720" w:left="720" w:header="17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98AD6" w14:textId="77777777" w:rsidR="00CD6AA0" w:rsidRDefault="00CD6AA0">
      <w:pPr>
        <w:spacing w:after="0" w:line="240" w:lineRule="auto"/>
      </w:pPr>
      <w:r>
        <w:separator/>
      </w:r>
    </w:p>
  </w:endnote>
  <w:endnote w:type="continuationSeparator" w:id="0">
    <w:p w14:paraId="2D83ED49" w14:textId="77777777" w:rsidR="00CD6AA0" w:rsidRDefault="00CD6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lag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6B4E6" w14:textId="77777777" w:rsidR="00696D18" w:rsidRDefault="00696D18">
    <w:pPr>
      <w:pStyle w:val="Sidefo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58EC6" w14:textId="77777777" w:rsidR="00CD6AA0" w:rsidRDefault="00CD6AA0">
      <w:pPr>
        <w:spacing w:after="0" w:line="240" w:lineRule="auto"/>
      </w:pPr>
      <w:r>
        <w:separator/>
      </w:r>
    </w:p>
  </w:footnote>
  <w:footnote w:type="continuationSeparator" w:id="0">
    <w:p w14:paraId="2EEF9422" w14:textId="77777777" w:rsidR="00CD6AA0" w:rsidRDefault="00CD6A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7068231">
    <w:abstractNumId w:val="8"/>
  </w:num>
  <w:num w:numId="2" w16cid:durableId="10112317">
    <w:abstractNumId w:val="6"/>
  </w:num>
  <w:num w:numId="3" w16cid:durableId="1054619401">
    <w:abstractNumId w:val="5"/>
  </w:num>
  <w:num w:numId="4" w16cid:durableId="221066256">
    <w:abstractNumId w:val="4"/>
  </w:num>
  <w:num w:numId="5" w16cid:durableId="1842306801">
    <w:abstractNumId w:val="7"/>
  </w:num>
  <w:num w:numId="6" w16cid:durableId="1455640164">
    <w:abstractNumId w:val="3"/>
  </w:num>
  <w:num w:numId="7" w16cid:durableId="384835880">
    <w:abstractNumId w:val="2"/>
  </w:num>
  <w:num w:numId="8" w16cid:durableId="1383946948">
    <w:abstractNumId w:val="1"/>
  </w:num>
  <w:num w:numId="9" w16cid:durableId="171527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2B8"/>
    <w:rsid w:val="00034616"/>
    <w:rsid w:val="0006063C"/>
    <w:rsid w:val="000D78A8"/>
    <w:rsid w:val="0015074B"/>
    <w:rsid w:val="001818CF"/>
    <w:rsid w:val="002055EB"/>
    <w:rsid w:val="00290DEA"/>
    <w:rsid w:val="0029639D"/>
    <w:rsid w:val="00326F90"/>
    <w:rsid w:val="00696D18"/>
    <w:rsid w:val="00AA1D8D"/>
    <w:rsid w:val="00B47730"/>
    <w:rsid w:val="00BD75A0"/>
    <w:rsid w:val="00CB0664"/>
    <w:rsid w:val="00CD6AA0"/>
    <w:rsid w:val="00CF26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6883A5"/>
  <w14:defaultImageDpi w14:val="300"/>
  <w15:docId w15:val="{9146D73E-213E-446F-80FC-ABBB8FA6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Verlag" w:eastAsia="Verlag" w:hAnsi="Verlag"/>
      <w:color w:val="00385D"/>
      <w:sz w:val="16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Line Schjoldan Kakkar</cp:lastModifiedBy>
  <cp:revision>5</cp:revision>
  <dcterms:created xsi:type="dcterms:W3CDTF">2026-09-02T09:14:00Z</dcterms:created>
  <dcterms:modified xsi:type="dcterms:W3CDTF">2026-09-02T11:22:00Z</dcterms:modified>
  <cp:category/>
</cp:coreProperties>
</file>