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696D18" w:rsidRPr="000062B8" w14:paraId="2B5F4303" w14:textId="77777777">
        <w:tc>
          <w:tcPr>
            <w:tcW w:w="541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7E1B" w14:textId="3B0D5F7B" w:rsidR="00696D18" w:rsidRPr="000062B8" w:rsidRDefault="00BD75A0">
            <w:pPr>
              <w:spacing w:after="0"/>
              <w:rPr>
                <w:rFonts w:ascii="Avenir Next LT Pro" w:hAnsi="Avenir Next LT Pro"/>
              </w:rPr>
            </w:pPr>
            <w:r w:rsidRPr="000062B8">
              <w:rPr>
                <w:rFonts w:ascii="Avenir Next LT Pro" w:hAnsi="Avenir Next LT Pro"/>
                <w:b/>
                <w:sz w:val="36"/>
              </w:rPr>
              <w:t>ANSØGNINGSSKEMA</w:t>
            </w:r>
            <w:r w:rsidR="00CF2607">
              <w:rPr>
                <w:rFonts w:ascii="Avenir Next LT Pro" w:hAnsi="Avenir Next LT Pro"/>
                <w:b/>
                <w:sz w:val="36"/>
              </w:rPr>
              <w:t xml:space="preserve"> </w:t>
            </w:r>
            <w:r w:rsidRPr="000062B8">
              <w:rPr>
                <w:rFonts w:ascii="Avenir Next LT Pro" w:hAnsi="Avenir Next LT Pro"/>
                <w:b/>
                <w:sz w:val="36"/>
              </w:rPr>
              <w:br/>
            </w:r>
            <w:r w:rsidRPr="000062B8">
              <w:rPr>
                <w:rFonts w:ascii="Avenir Next LT Pro" w:hAnsi="Avenir Next LT Pro"/>
                <w:bCs/>
                <w:color w:val="129AF3"/>
                <w:sz w:val="28"/>
                <w:szCs w:val="28"/>
              </w:rPr>
              <w:t>NGG SPORTSCOLLEGE</w:t>
            </w:r>
            <w:r w:rsidR="00CF2607">
              <w:rPr>
                <w:rFonts w:ascii="Avenir Next LT Pro" w:hAnsi="Avenir Next LT Pro"/>
                <w:bCs/>
                <w:color w:val="129AF3"/>
                <w:sz w:val="28"/>
                <w:szCs w:val="28"/>
              </w:rPr>
              <w:t xml:space="preserve"> </w:t>
            </w:r>
          </w:p>
        </w:tc>
        <w:tc>
          <w:tcPr>
            <w:tcW w:w="541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B3BD" w14:textId="77777777" w:rsidR="00696D18" w:rsidRPr="000062B8" w:rsidRDefault="00BD75A0">
            <w:pPr>
              <w:jc w:val="right"/>
              <w:rPr>
                <w:rFonts w:ascii="Avenir Next LT Pro" w:hAnsi="Avenir Next LT Pro"/>
              </w:rPr>
            </w:pPr>
            <w:r w:rsidRPr="000062B8">
              <w:rPr>
                <w:rFonts w:ascii="Avenir Next LT Pro" w:hAnsi="Avenir Next LT Pro"/>
                <w:noProof/>
              </w:rPr>
              <w:drawing>
                <wp:anchor distT="0" distB="0" distL="114300" distR="114300" simplePos="0" relativeHeight="251658240" behindDoc="0" locked="0" layoutInCell="1" allowOverlap="1" wp14:anchorId="63107476" wp14:editId="16CCA08F">
                  <wp:simplePos x="0" y="0"/>
                  <wp:positionH relativeFrom="column">
                    <wp:posOffset>2762250</wp:posOffset>
                  </wp:positionH>
                  <wp:positionV relativeFrom="paragraph">
                    <wp:posOffset>-200025</wp:posOffset>
                  </wp:positionV>
                  <wp:extent cx="881380" cy="4476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GG jpg(2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38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09A8C68" w14:textId="2A196138" w:rsidR="00696D18" w:rsidRPr="000062B8" w:rsidRDefault="00BD75A0">
      <w:pPr>
        <w:spacing w:before="20" w:after="60"/>
        <w:rPr>
          <w:rFonts w:ascii="Avenir Next LT Pro" w:hAnsi="Avenir Next LT Pro"/>
          <w:sz w:val="20"/>
          <w:szCs w:val="20"/>
        </w:rPr>
      </w:pPr>
      <w:r w:rsidRPr="000062B8">
        <w:rPr>
          <w:rFonts w:ascii="Avenir Next LT Pro" w:hAnsi="Avenir Next LT Pro"/>
          <w:sz w:val="20"/>
          <w:szCs w:val="20"/>
        </w:rPr>
        <w:t xml:space="preserve">Fodbold  •  Ski  •  Basketball  •  </w:t>
      </w:r>
      <w:proofErr w:type="spellStart"/>
      <w:r w:rsidRPr="000062B8">
        <w:rPr>
          <w:rFonts w:ascii="Avenir Next LT Pro" w:hAnsi="Avenir Next LT Pro"/>
          <w:sz w:val="20"/>
          <w:szCs w:val="20"/>
        </w:rPr>
        <w:t>Håndbold</w:t>
      </w:r>
      <w:proofErr w:type="spellEnd"/>
      <w:r w:rsidRPr="000062B8">
        <w:rPr>
          <w:rFonts w:ascii="Avenir Next LT Pro" w:hAnsi="Avenir Next LT Pro"/>
          <w:sz w:val="20"/>
          <w:szCs w:val="20"/>
        </w:rPr>
        <w:t xml:space="preserve">  •  Fitness/Strength</w:t>
      </w:r>
    </w:p>
    <w:p w14:paraId="5EAD8588" w14:textId="77777777" w:rsidR="00290DEA" w:rsidRPr="000062B8" w:rsidRDefault="00290DEA">
      <w:pPr>
        <w:spacing w:before="20" w:after="60"/>
        <w:rPr>
          <w:rFonts w:ascii="Avenir Next LT Pro" w:hAnsi="Avenir Next LT Pr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696D18" w:rsidRPr="009C147C" w14:paraId="62D40B0B" w14:textId="77777777">
        <w:tc>
          <w:tcPr>
            <w:tcW w:w="5411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91BBE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  <w:lang w:val="da-DK"/>
              </w:rPr>
            </w:pP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t xml:space="preserve">OPSTARTSÅR   </w:t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  <w:lang w:val="da-DK"/>
              </w:rPr>
              <w:t>Klik her og skriv</w:t>
            </w:r>
          </w:p>
        </w:tc>
        <w:tc>
          <w:tcPr>
            <w:tcW w:w="5411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A1713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  <w:lang w:val="da-DK"/>
              </w:rPr>
            </w:pP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t xml:space="preserve">SPORTSLINJE   </w:t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  <w:lang w:val="da-DK"/>
              </w:rPr>
              <w:t>Klik her og skriv</w:t>
            </w:r>
          </w:p>
        </w:tc>
      </w:tr>
    </w:tbl>
    <w:p w14:paraId="5D5EE44F" w14:textId="77777777" w:rsidR="00290DEA" w:rsidRPr="000D78A8" w:rsidRDefault="00290DEA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b/>
          <w:sz w:val="24"/>
          <w:szCs w:val="24"/>
          <w:lang w:val="da-DK"/>
        </w:rPr>
      </w:pPr>
    </w:p>
    <w:p w14:paraId="7BB88859" w14:textId="37053213" w:rsidR="00696D18" w:rsidRPr="000062B8" w:rsidRDefault="00BD75A0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sz w:val="24"/>
          <w:szCs w:val="24"/>
        </w:rPr>
      </w:pPr>
      <w:r w:rsidRPr="000062B8">
        <w:rPr>
          <w:rFonts w:ascii="Avenir Next LT Pro" w:hAnsi="Avenir Next LT Pro"/>
          <w:b/>
          <w:sz w:val="24"/>
          <w:szCs w:val="24"/>
        </w:rPr>
        <w:t>PERSONLIGE OPLYSNINGER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824"/>
      </w:tblGrid>
      <w:tr w:rsidR="00696D18" w:rsidRPr="000062B8" w14:paraId="191F8F7B" w14:textId="77777777">
        <w:trPr>
          <w:trHeight w:val="295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53B8FD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Navn</w:t>
            </w:r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ECA916" w14:textId="515C4800" w:rsidR="00696D18" w:rsidRPr="000062B8" w:rsidRDefault="00696D18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96D18" w:rsidRPr="000062B8" w14:paraId="2E4BC668" w14:textId="77777777">
        <w:trPr>
          <w:trHeight w:val="295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D01708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Adresse</w:t>
            </w:r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107455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  <w:tr w:rsidR="00696D18" w:rsidRPr="000062B8" w14:paraId="6FB080D3" w14:textId="77777777">
        <w:trPr>
          <w:trHeight w:val="295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076258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Postnr. / by</w:t>
            </w:r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54864A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  <w:tr w:rsidR="00696D18" w:rsidRPr="000062B8" w14:paraId="5B2DBC2E" w14:textId="77777777">
        <w:trPr>
          <w:trHeight w:val="295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4B047A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Telefon</w:t>
            </w:r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F7B6D5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  <w:tr w:rsidR="00696D18" w:rsidRPr="000062B8" w14:paraId="286F320E" w14:textId="77777777">
        <w:trPr>
          <w:trHeight w:val="295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91066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16CACE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</w:tbl>
    <w:p w14:paraId="1B44634F" w14:textId="77777777" w:rsidR="00290DEA" w:rsidRPr="000062B8" w:rsidRDefault="00290DEA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b/>
          <w:sz w:val="24"/>
          <w:szCs w:val="24"/>
        </w:rPr>
      </w:pPr>
    </w:p>
    <w:p w14:paraId="4CE0083F" w14:textId="1C69A0A4" w:rsidR="00696D18" w:rsidRPr="000062B8" w:rsidRDefault="00BD75A0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sz w:val="24"/>
          <w:szCs w:val="24"/>
        </w:rPr>
      </w:pPr>
      <w:r w:rsidRPr="000062B8">
        <w:rPr>
          <w:rFonts w:ascii="Avenir Next LT Pro" w:hAnsi="Avenir Next LT Pro"/>
          <w:b/>
          <w:sz w:val="24"/>
          <w:szCs w:val="24"/>
        </w:rPr>
        <w:t>SKOLE OG UDDANNELSE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86"/>
        <w:gridCol w:w="7406"/>
      </w:tblGrid>
      <w:tr w:rsidR="00696D18" w:rsidRPr="000062B8" w14:paraId="52377C44" w14:textId="77777777" w:rsidTr="00CF2607">
        <w:trPr>
          <w:trHeight w:val="340"/>
          <w:jc w:val="center"/>
        </w:trPr>
        <w:tc>
          <w:tcPr>
            <w:tcW w:w="2686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A92577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proofErr w:type="spellStart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Nuværende</w:t>
            </w:r>
            <w:proofErr w:type="spellEnd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klasse</w:t>
            </w:r>
            <w:proofErr w:type="spellEnd"/>
          </w:p>
        </w:tc>
        <w:tc>
          <w:tcPr>
            <w:tcW w:w="7406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0F1221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  <w:tr w:rsidR="00696D18" w:rsidRPr="000062B8" w14:paraId="75F840C2" w14:textId="77777777" w:rsidTr="00CF2607">
        <w:trPr>
          <w:trHeight w:val="340"/>
          <w:jc w:val="center"/>
        </w:trPr>
        <w:tc>
          <w:tcPr>
            <w:tcW w:w="2686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A71558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1. prioritet</w:t>
            </w:r>
          </w:p>
        </w:tc>
        <w:tc>
          <w:tcPr>
            <w:tcW w:w="7406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EAA63C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Segoe UI Symbol" w:hAnsi="Segoe UI Symbol" w:cs="Segoe UI Symbol"/>
                <w:color w:val="6F8290"/>
                <w:sz w:val="24"/>
                <w:szCs w:val="24"/>
              </w:rPr>
              <w:t>☐</w:t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 xml:space="preserve"> STX     </w:t>
            </w:r>
            <w:r w:rsidRPr="000062B8">
              <w:rPr>
                <w:rFonts w:ascii="Segoe UI Symbol" w:hAnsi="Segoe UI Symbol" w:cs="Segoe UI Symbol"/>
                <w:color w:val="6F8290"/>
                <w:sz w:val="24"/>
                <w:szCs w:val="24"/>
              </w:rPr>
              <w:t>☐</w:t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 xml:space="preserve"> 10. klasse</w:t>
            </w:r>
          </w:p>
        </w:tc>
      </w:tr>
    </w:tbl>
    <w:p w14:paraId="5E501E55" w14:textId="77777777" w:rsidR="00290DEA" w:rsidRPr="000062B8" w:rsidRDefault="00290DEA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b/>
          <w:sz w:val="24"/>
          <w:szCs w:val="24"/>
        </w:rPr>
      </w:pPr>
    </w:p>
    <w:p w14:paraId="4FD94112" w14:textId="29A29C3A" w:rsidR="00696D18" w:rsidRPr="000062B8" w:rsidRDefault="00BD75A0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sz w:val="24"/>
          <w:szCs w:val="24"/>
        </w:rPr>
      </w:pPr>
      <w:r w:rsidRPr="000062B8">
        <w:rPr>
          <w:rFonts w:ascii="Avenir Next LT Pro" w:hAnsi="Avenir Next LT Pro"/>
          <w:b/>
          <w:sz w:val="24"/>
          <w:szCs w:val="24"/>
        </w:rPr>
        <w:t>SPORTSLIG BAGGRUND</w:t>
      </w:r>
    </w:p>
    <w:p w14:paraId="5CA22D46" w14:textId="77777777" w:rsidR="00696D18" w:rsidRPr="000062B8" w:rsidRDefault="00BD75A0">
      <w:pPr>
        <w:spacing w:before="40" w:after="60"/>
        <w:rPr>
          <w:rFonts w:ascii="Avenir Next LT Pro" w:hAnsi="Avenir Next LT Pro"/>
          <w:sz w:val="24"/>
          <w:szCs w:val="24"/>
          <w:lang w:val="da-DK"/>
        </w:rPr>
      </w:pPr>
      <w:r w:rsidRPr="000062B8">
        <w:rPr>
          <w:rFonts w:ascii="Avenir Next LT Pro" w:hAnsi="Avenir Next LT Pro"/>
          <w:sz w:val="24"/>
          <w:szCs w:val="24"/>
          <w:lang w:val="da-DK"/>
        </w:rPr>
        <w:t>Tidligere/nuværende klub, niveau, antal år og evt. position: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84"/>
      </w:tblGrid>
      <w:tr w:rsidR="00696D18" w:rsidRPr="000062B8" w14:paraId="74602958" w14:textId="77777777">
        <w:trPr>
          <w:trHeight w:val="351"/>
        </w:trPr>
        <w:tc>
          <w:tcPr>
            <w:tcW w:w="10822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FB92F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proofErr w:type="spellStart"/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</w:t>
            </w:r>
            <w:proofErr w:type="spellEnd"/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 xml:space="preserve"> her og </w:t>
            </w:r>
            <w:proofErr w:type="spellStart"/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skriv</w:t>
            </w:r>
            <w:proofErr w:type="spellEnd"/>
          </w:p>
        </w:tc>
      </w:tr>
    </w:tbl>
    <w:p w14:paraId="55F902AD" w14:textId="77777777" w:rsidR="00290DEA" w:rsidRPr="000062B8" w:rsidRDefault="00290DEA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b/>
          <w:sz w:val="24"/>
          <w:szCs w:val="24"/>
        </w:rPr>
      </w:pPr>
    </w:p>
    <w:p w14:paraId="281F1D0A" w14:textId="42A884BC" w:rsidR="00696D18" w:rsidRPr="000062B8" w:rsidRDefault="00BD75A0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sz w:val="24"/>
          <w:szCs w:val="24"/>
        </w:rPr>
      </w:pPr>
      <w:r w:rsidRPr="000062B8">
        <w:rPr>
          <w:rFonts w:ascii="Avenir Next LT Pro" w:hAnsi="Avenir Next LT Pro"/>
          <w:b/>
          <w:sz w:val="24"/>
          <w:szCs w:val="24"/>
        </w:rPr>
        <w:t>TRÆNER / UDTALELSE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824"/>
      </w:tblGrid>
      <w:tr w:rsidR="00696D18" w:rsidRPr="000062B8" w14:paraId="44E3EAC0" w14:textId="77777777" w:rsidTr="00290DEA">
        <w:trPr>
          <w:trHeight w:val="421"/>
          <w:jc w:val="center"/>
        </w:trPr>
        <w:tc>
          <w:tcPr>
            <w:tcW w:w="2268" w:type="dxa"/>
            <w:tcBorders>
              <w:top w:val="single" w:sz="6" w:space="0" w:color="00385D"/>
              <w:left w:val="single" w:sz="6" w:space="0" w:color="00385D"/>
              <w:bottom w:val="single" w:sz="6" w:space="0" w:color="00385D"/>
              <w:right w:val="single" w:sz="6" w:space="0" w:color="00385D"/>
            </w:tcBorders>
            <w:shd w:val="clear" w:color="auto" w:fill="0038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A9DD14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proofErr w:type="spellStart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Træners</w:t>
            </w:r>
            <w:proofErr w:type="spellEnd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062B8">
              <w:rPr>
                <w:rFonts w:ascii="Avenir Next LT Pro" w:hAnsi="Avenir Next LT Pro"/>
                <w:b/>
                <w:color w:val="FFFFFF"/>
                <w:sz w:val="24"/>
                <w:szCs w:val="24"/>
              </w:rPr>
              <w:t>navn</w:t>
            </w:r>
            <w:proofErr w:type="spellEnd"/>
          </w:p>
        </w:tc>
        <w:tc>
          <w:tcPr>
            <w:tcW w:w="7824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9316F1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0062B8">
              <w:rPr>
                <w:rFonts w:ascii="Avenir Next LT Pro" w:hAnsi="Avenir Next LT Pro"/>
                <w:color w:val="6F8290"/>
                <w:sz w:val="24"/>
                <w:szCs w:val="24"/>
              </w:rPr>
              <w:t>Klik her og skriv</w:t>
            </w:r>
          </w:p>
        </w:tc>
      </w:tr>
    </w:tbl>
    <w:p w14:paraId="76B1A15C" w14:textId="77777777" w:rsidR="00696D18" w:rsidRPr="000062B8" w:rsidRDefault="00BD75A0">
      <w:pPr>
        <w:spacing w:before="60" w:after="60"/>
        <w:rPr>
          <w:rFonts w:ascii="Avenir Next LT Pro" w:hAnsi="Avenir Next LT Pro"/>
          <w:sz w:val="24"/>
          <w:szCs w:val="24"/>
          <w:lang w:val="da-DK"/>
        </w:rPr>
      </w:pPr>
      <w:r w:rsidRPr="000062B8">
        <w:rPr>
          <w:rFonts w:ascii="Avenir Next LT Pro" w:hAnsi="Avenir Next LT Pro"/>
          <w:sz w:val="24"/>
          <w:szCs w:val="24"/>
          <w:lang w:val="da-DK"/>
        </w:rPr>
        <w:t>Udtalelse kan skrives her eller vedlægges: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84"/>
      </w:tblGrid>
      <w:tr w:rsidR="00696D18" w:rsidRPr="000062B8" w14:paraId="636EA9D5" w14:textId="77777777">
        <w:trPr>
          <w:trHeight w:val="340"/>
        </w:trPr>
        <w:tc>
          <w:tcPr>
            <w:tcW w:w="10822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884FEB" w14:textId="2AB3659B" w:rsidR="00696D18" w:rsidRPr="000062B8" w:rsidRDefault="00696D18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1174F0E5" w14:textId="77777777" w:rsidR="00290DEA" w:rsidRPr="000062B8" w:rsidRDefault="00290DEA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b/>
          <w:sz w:val="24"/>
          <w:szCs w:val="24"/>
        </w:rPr>
      </w:pPr>
    </w:p>
    <w:p w14:paraId="27764AD0" w14:textId="4CE893A5" w:rsidR="00696D18" w:rsidRPr="000062B8" w:rsidRDefault="00BD75A0">
      <w:pPr>
        <w:pBdr>
          <w:bottom w:val="single" w:sz="7" w:space="2" w:color="129AF3"/>
        </w:pBdr>
        <w:spacing w:before="120" w:after="80"/>
        <w:rPr>
          <w:rFonts w:ascii="Avenir Next LT Pro" w:hAnsi="Avenir Next LT Pro"/>
          <w:sz w:val="24"/>
          <w:szCs w:val="24"/>
        </w:rPr>
      </w:pPr>
      <w:r w:rsidRPr="000062B8">
        <w:rPr>
          <w:rFonts w:ascii="Avenir Next LT Pro" w:hAnsi="Avenir Next LT Pro"/>
          <w:b/>
          <w:sz w:val="24"/>
          <w:szCs w:val="24"/>
        </w:rPr>
        <w:t>UNDERSKRIFT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696D18" w:rsidRPr="009C147C" w14:paraId="4917524E" w14:textId="77777777">
        <w:trPr>
          <w:trHeight w:val="669"/>
        </w:trPr>
        <w:tc>
          <w:tcPr>
            <w:tcW w:w="3607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20DFC3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  <w:lang w:val="da-DK"/>
              </w:rPr>
            </w:pP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t>Elev / underskrift</w:t>
            </w: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br/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  <w:lang w:val="da-DK"/>
              </w:rPr>
              <w:t>Klik her og skriv</w:t>
            </w:r>
          </w:p>
        </w:tc>
        <w:tc>
          <w:tcPr>
            <w:tcW w:w="3607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34F949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  <w:lang w:val="da-DK"/>
              </w:rPr>
            </w:pP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t>Forælder/værge / underskrift</w:t>
            </w: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br/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  <w:lang w:val="da-DK"/>
              </w:rPr>
              <w:t>Klik her og skriv</w:t>
            </w:r>
          </w:p>
        </w:tc>
        <w:tc>
          <w:tcPr>
            <w:tcW w:w="3607" w:type="dxa"/>
            <w:tcBorders>
              <w:top w:val="single" w:sz="6" w:space="0" w:color="D9E4EB"/>
              <w:left w:val="single" w:sz="6" w:space="0" w:color="D9E4EB"/>
              <w:bottom w:val="single" w:sz="6" w:space="0" w:color="D9E4EB"/>
              <w:right w:val="single" w:sz="6" w:space="0" w:color="D9E4EB"/>
            </w:tcBorders>
            <w:shd w:val="clear" w:color="auto" w:fill="F5F8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4C16E5" w14:textId="77777777" w:rsidR="00696D18" w:rsidRPr="000062B8" w:rsidRDefault="00BD75A0">
            <w:pPr>
              <w:spacing w:after="0"/>
              <w:rPr>
                <w:rFonts w:ascii="Avenir Next LT Pro" w:hAnsi="Avenir Next LT Pro"/>
                <w:sz w:val="24"/>
                <w:szCs w:val="24"/>
                <w:lang w:val="da-DK"/>
              </w:rPr>
            </w:pP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t>Dato</w:t>
            </w:r>
            <w:r w:rsidRPr="000062B8">
              <w:rPr>
                <w:rFonts w:ascii="Avenir Next LT Pro" w:hAnsi="Avenir Next LT Pro"/>
                <w:b/>
                <w:sz w:val="24"/>
                <w:szCs w:val="24"/>
                <w:lang w:val="da-DK"/>
              </w:rPr>
              <w:br/>
            </w:r>
            <w:r w:rsidRPr="000062B8">
              <w:rPr>
                <w:rFonts w:ascii="Avenir Next LT Pro" w:hAnsi="Avenir Next LT Pro"/>
                <w:color w:val="6F8290"/>
                <w:sz w:val="24"/>
                <w:szCs w:val="24"/>
                <w:lang w:val="da-DK"/>
              </w:rPr>
              <w:t>Klik her og skriv</w:t>
            </w:r>
          </w:p>
        </w:tc>
      </w:tr>
    </w:tbl>
    <w:p w14:paraId="1EBD6676" w14:textId="77777777" w:rsidR="00BD75A0" w:rsidRPr="000062B8" w:rsidRDefault="00BD75A0">
      <w:pPr>
        <w:rPr>
          <w:rFonts w:ascii="Avenir Next LT Pro" w:hAnsi="Avenir Next LT Pro"/>
          <w:lang w:val="da-DK"/>
        </w:rPr>
      </w:pPr>
    </w:p>
    <w:sectPr w:rsidR="00BD75A0" w:rsidRPr="000062B8" w:rsidSect="00290DEA">
      <w:footerReference w:type="default" r:id="rId9"/>
      <w:pgSz w:w="12240" w:h="15840"/>
      <w:pgMar w:top="720" w:right="720" w:bottom="720" w:left="72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63317" w14:textId="77777777" w:rsidR="00B03B4A" w:rsidRDefault="00B03B4A">
      <w:pPr>
        <w:spacing w:after="0" w:line="240" w:lineRule="auto"/>
      </w:pPr>
      <w:r>
        <w:separator/>
      </w:r>
    </w:p>
  </w:endnote>
  <w:endnote w:type="continuationSeparator" w:id="0">
    <w:p w14:paraId="3B8A10E4" w14:textId="77777777" w:rsidR="00B03B4A" w:rsidRDefault="00B0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lag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4E6" w14:textId="77777777" w:rsidR="00696D18" w:rsidRDefault="00696D18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B6823" w14:textId="77777777" w:rsidR="00B03B4A" w:rsidRDefault="00B03B4A">
      <w:pPr>
        <w:spacing w:after="0" w:line="240" w:lineRule="auto"/>
      </w:pPr>
      <w:r>
        <w:separator/>
      </w:r>
    </w:p>
  </w:footnote>
  <w:footnote w:type="continuationSeparator" w:id="0">
    <w:p w14:paraId="2C53605F" w14:textId="77777777" w:rsidR="00B03B4A" w:rsidRDefault="00B03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7068231">
    <w:abstractNumId w:val="8"/>
  </w:num>
  <w:num w:numId="2" w16cid:durableId="10112317">
    <w:abstractNumId w:val="6"/>
  </w:num>
  <w:num w:numId="3" w16cid:durableId="1054619401">
    <w:abstractNumId w:val="5"/>
  </w:num>
  <w:num w:numId="4" w16cid:durableId="221066256">
    <w:abstractNumId w:val="4"/>
  </w:num>
  <w:num w:numId="5" w16cid:durableId="1842306801">
    <w:abstractNumId w:val="7"/>
  </w:num>
  <w:num w:numId="6" w16cid:durableId="1455640164">
    <w:abstractNumId w:val="3"/>
  </w:num>
  <w:num w:numId="7" w16cid:durableId="384835880">
    <w:abstractNumId w:val="2"/>
  </w:num>
  <w:num w:numId="8" w16cid:durableId="1383946948">
    <w:abstractNumId w:val="1"/>
  </w:num>
  <w:num w:numId="9" w16cid:durableId="171527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2B8"/>
    <w:rsid w:val="00034616"/>
    <w:rsid w:val="0006063C"/>
    <w:rsid w:val="000D78A8"/>
    <w:rsid w:val="0015074B"/>
    <w:rsid w:val="001818CF"/>
    <w:rsid w:val="002055EB"/>
    <w:rsid w:val="00290DEA"/>
    <w:rsid w:val="0029639D"/>
    <w:rsid w:val="00326F90"/>
    <w:rsid w:val="00696D18"/>
    <w:rsid w:val="009C147C"/>
    <w:rsid w:val="009D6031"/>
    <w:rsid w:val="00AA1D8D"/>
    <w:rsid w:val="00B03B4A"/>
    <w:rsid w:val="00B47730"/>
    <w:rsid w:val="00BD75A0"/>
    <w:rsid w:val="00CB0664"/>
    <w:rsid w:val="00CD6AA0"/>
    <w:rsid w:val="00CF26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883A5"/>
  <w14:defaultImageDpi w14:val="300"/>
  <w15:docId w15:val="{9146D73E-213E-446F-80FC-ABBB8FA6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Verlag" w:eastAsia="Verlag" w:hAnsi="Verlag"/>
      <w:color w:val="00385D"/>
      <w:sz w:val="16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Line Schjoldan Kakkar</cp:lastModifiedBy>
  <cp:revision>6</cp:revision>
  <dcterms:created xsi:type="dcterms:W3CDTF">2026-09-02T09:14:00Z</dcterms:created>
  <dcterms:modified xsi:type="dcterms:W3CDTF">2026-09-08T06:34:00Z</dcterms:modified>
  <cp:category/>
</cp:coreProperties>
</file>