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3E71EF" w14:textId="77777777" w:rsidR="00242F46" w:rsidRPr="00F01A81" w:rsidRDefault="00000000">
      <w:pPr>
        <w:pStyle w:val="Heading1"/>
      </w:pPr>
      <w:r w:rsidRPr="00F01A81">
        <w:t>A Gift from Our Ancestors</w:t>
      </w:r>
    </w:p>
    <w:p w14:paraId="54BD42AB" w14:textId="343FFB1C" w:rsidR="00DF6D4C" w:rsidRPr="00DF6D4C" w:rsidRDefault="00601AA3">
      <w:pPr>
        <w:rPr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="00DF6D4C" w:rsidRPr="00DF6D4C">
        <w:rPr>
          <w:b/>
          <w:bCs/>
          <w:sz w:val="20"/>
          <w:szCs w:val="20"/>
        </w:rPr>
        <w:t>Introduction</w:t>
      </w:r>
      <w:r w:rsidR="00DF6D4C" w:rsidRPr="00DF6D4C">
        <w:rPr>
          <w:sz w:val="20"/>
          <w:szCs w:val="20"/>
        </w:rPr>
        <w:t>: untranslated. Basically a warm, encouraging welcome to young readers.</w:t>
      </w:r>
    </w:p>
    <w:p w14:paraId="397FACA8" w14:textId="77777777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>“Whoever is wise, is able. And wisdom makes even the old feel young at heart.”</w:t>
      </w:r>
    </w:p>
    <w:p w14:paraId="720F7754" w14:textId="77777777" w:rsidR="00242F46" w:rsidRPr="00DF6D4C" w:rsidRDefault="00000000">
      <w:pPr>
        <w:rPr>
          <w:b/>
          <w:bCs/>
          <w:sz w:val="20"/>
          <w:szCs w:val="20"/>
        </w:rPr>
      </w:pPr>
      <w:r w:rsidRPr="00DF6D4C">
        <w:rPr>
          <w:b/>
          <w:bCs/>
          <w:sz w:val="20"/>
          <w:szCs w:val="20"/>
        </w:rPr>
        <w:t>Part One</w:t>
      </w:r>
    </w:p>
    <w:p w14:paraId="41887601" w14:textId="3E997ADD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>Sohrab was eleven years old and in fifth grade, but he looked older — tall with unruly brown hair.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lived in the Tapa-e-Sardar area of Ghazni. His father was a farmer and his mother a schoolteacher.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Sohrab had many friends, but his kindest, closest friend was Golali, who lived next door.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Their families were close too. On weekends, Sohrab and Golali played together.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Golali was smart and talented — a fourth-grade student — and she loved learning.</w:t>
      </w:r>
      <w:r w:rsidR="00DF6D4C" w:rsidRPr="00DF6D4C">
        <w:rPr>
          <w:sz w:val="20"/>
          <w:szCs w:val="20"/>
        </w:rPr>
        <w:br/>
      </w:r>
      <w:r w:rsidRPr="00DF6D4C">
        <w:rPr>
          <w:sz w:val="20"/>
          <w:szCs w:val="20"/>
        </w:rPr>
        <w:t>Sometimes, Sohrab would travel with his mother to Kabul, the capital of Afghanistan.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When he returned, he’d tell Golali all about the big city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and often brought her little gifts: notebooks, pens, a colorful spinning top.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One winter, Sohrab and his mother went to Kabul to visit his brother.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During their trip, they </w:t>
      </w:r>
      <w:r w:rsidR="00620684">
        <w:rPr>
          <w:sz w:val="20"/>
          <w:szCs w:val="20"/>
        </w:rPr>
        <w:t>had</w:t>
      </w:r>
      <w:r w:rsidRPr="00DF6D4C">
        <w:rPr>
          <w:sz w:val="20"/>
          <w:szCs w:val="20"/>
        </w:rPr>
        <w:t xml:space="preserve"> bought books</w:t>
      </w:r>
      <w:r w:rsidR="00DF6D4C" w:rsidRP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>especially storybooks, because Sohrab loved history and historical tales.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On their </w:t>
      </w:r>
      <w:r w:rsidR="00620684">
        <w:rPr>
          <w:sz w:val="20"/>
          <w:szCs w:val="20"/>
        </w:rPr>
        <w:t>last</w:t>
      </w:r>
      <w:r w:rsidRPr="00DF6D4C">
        <w:rPr>
          <w:sz w:val="20"/>
          <w:szCs w:val="20"/>
        </w:rPr>
        <w:t xml:space="preserve"> visit, Sohrab’s mother </w:t>
      </w:r>
      <w:r w:rsidR="00DF6D4C" w:rsidRPr="00DF6D4C">
        <w:rPr>
          <w:sz w:val="20"/>
          <w:szCs w:val="20"/>
        </w:rPr>
        <w:t>had taken</w:t>
      </w:r>
      <w:r w:rsidRPr="00DF6D4C">
        <w:rPr>
          <w:sz w:val="20"/>
          <w:szCs w:val="20"/>
        </w:rPr>
        <w:t xml:space="preserve"> him to the zoo.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This time, she promised they’d go to the National Museum of Afghanistan.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="00DF6D4C" w:rsidRPr="00DF6D4C">
        <w:rPr>
          <w:sz w:val="20"/>
          <w:szCs w:val="20"/>
        </w:rPr>
        <w:t>When Sohrab had finished his autumn exams</w:t>
      </w:r>
      <w:r w:rsidRPr="00DF6D4C">
        <w:rPr>
          <w:sz w:val="20"/>
          <w:szCs w:val="20"/>
        </w:rPr>
        <w:t xml:space="preserve">, and </w:t>
      </w:r>
      <w:r w:rsidR="00DF6D4C" w:rsidRPr="00DF6D4C">
        <w:rPr>
          <w:sz w:val="20"/>
          <w:szCs w:val="20"/>
        </w:rPr>
        <w:t xml:space="preserve">after </w:t>
      </w:r>
      <w:r w:rsidRPr="00DF6D4C">
        <w:rPr>
          <w:sz w:val="20"/>
          <w:szCs w:val="20"/>
        </w:rPr>
        <w:t>taking a day to rest, they set off for Kabul.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That morning, over breakfast, his mother </w:t>
      </w:r>
      <w:r w:rsidR="00DF6D4C" w:rsidRPr="00DF6D4C">
        <w:rPr>
          <w:sz w:val="20"/>
          <w:szCs w:val="20"/>
        </w:rPr>
        <w:t xml:space="preserve">had </w:t>
      </w:r>
      <w:r w:rsidRPr="00DF6D4C">
        <w:rPr>
          <w:sz w:val="20"/>
          <w:szCs w:val="20"/>
        </w:rPr>
        <w:t>said,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</w:t>
      </w:r>
      <w:r w:rsidR="00DF6D4C" w:rsidRPr="00DF6D4C">
        <w:rPr>
          <w:sz w:val="20"/>
          <w:szCs w:val="20"/>
        </w:rPr>
        <w:t xml:space="preserve">Dear </w:t>
      </w:r>
      <w:r w:rsidRPr="00DF6D4C">
        <w:rPr>
          <w:sz w:val="20"/>
          <w:szCs w:val="20"/>
        </w:rPr>
        <w:t>Sohrab! Today we’re going to the National Museum.”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Sohrab replied excitedly,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“Wonderful, Mama! I’m so happy I’ll finally see the museum!”</w:t>
      </w:r>
      <w:r w:rsidR="00DF6D4C" w:rsidRPr="00DF6D4C">
        <w:rPr>
          <w:sz w:val="20"/>
          <w:szCs w:val="20"/>
        </w:rPr>
        <w:t xml:space="preserve"> After breakfast,</w:t>
      </w:r>
      <w:r w:rsidRPr="00DF6D4C">
        <w:rPr>
          <w:sz w:val="20"/>
          <w:szCs w:val="20"/>
        </w:rPr>
        <w:t xml:space="preserve"> they boarded a minibus to Darulaman</w:t>
      </w:r>
      <w:r w:rsidR="00DF6D4C" w:rsidRPr="00DF6D4C">
        <w:rPr>
          <w:sz w:val="20"/>
          <w:szCs w:val="20"/>
        </w:rPr>
        <w:t>, just outside of Kabul, where the museum was located</w:t>
      </w:r>
      <w:r w:rsidRPr="00DF6D4C">
        <w:rPr>
          <w:sz w:val="20"/>
          <w:szCs w:val="20"/>
        </w:rPr>
        <w:t>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They arrived at a large stone building</w:t>
      </w:r>
      <w:r w:rsidR="00620684">
        <w:rPr>
          <w:sz w:val="20"/>
          <w:szCs w:val="20"/>
        </w:rPr>
        <w:t>.</w:t>
      </w:r>
      <w:r w:rsidR="00DF6D4C" w:rsidRPr="00DF6D4C">
        <w:rPr>
          <w:sz w:val="20"/>
          <w:szCs w:val="20"/>
        </w:rPr>
        <w:t xml:space="preserve"> </w:t>
      </w:r>
      <w:r w:rsidR="00620684">
        <w:rPr>
          <w:sz w:val="20"/>
          <w:szCs w:val="20"/>
        </w:rPr>
        <w:t>T</w:t>
      </w:r>
      <w:r w:rsidRPr="00DF6D4C">
        <w:rPr>
          <w:sz w:val="20"/>
          <w:szCs w:val="20"/>
        </w:rPr>
        <w:t>he museum</w:t>
      </w:r>
      <w:r w:rsidR="00DF6D4C" w:rsidRPr="00DF6D4C">
        <w:rPr>
          <w:sz w:val="20"/>
          <w:szCs w:val="20"/>
        </w:rPr>
        <w:t>!</w:t>
      </w:r>
      <w:r w:rsidR="00DF6D4C" w:rsidRPr="00DF6D4C">
        <w:rPr>
          <w:sz w:val="20"/>
          <w:szCs w:val="20"/>
        </w:rPr>
        <w:br/>
      </w:r>
      <w:r w:rsidRPr="00DF6D4C">
        <w:rPr>
          <w:sz w:val="20"/>
          <w:szCs w:val="20"/>
        </w:rPr>
        <w:t>Sohrab and his mother entered from the north gate.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walls were made of stone — stones like those Sohrab had seen in Ghazni.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His mother explained: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“This is the National Museum. </w:t>
      </w:r>
      <w:r w:rsidR="00620684">
        <w:rPr>
          <w:sz w:val="20"/>
          <w:szCs w:val="20"/>
        </w:rPr>
        <w:t>T</w:t>
      </w:r>
      <w:r w:rsidR="00DF6D4C" w:rsidRPr="00DF6D4C">
        <w:rPr>
          <w:sz w:val="20"/>
          <w:szCs w:val="20"/>
        </w:rPr>
        <w:t xml:space="preserve">hey </w:t>
      </w:r>
      <w:r w:rsidR="00620684">
        <w:rPr>
          <w:sz w:val="20"/>
          <w:szCs w:val="20"/>
        </w:rPr>
        <w:t>have a large collection of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historical artifacts</w:t>
      </w:r>
      <w:r w:rsidR="00DF6D4C" w:rsidRPr="00DF6D4C">
        <w:rPr>
          <w:sz w:val="20"/>
          <w:szCs w:val="20"/>
        </w:rPr>
        <w:t xml:space="preserve">. </w:t>
      </w:r>
      <w:r w:rsidRPr="00DF6D4C">
        <w:rPr>
          <w:sz w:val="20"/>
          <w:szCs w:val="20"/>
        </w:rPr>
        <w:t>And that majestic building across the way is the Darulaman Palace.”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was amazed.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They walked through the garden filled with trees and colorful flowers, into the entrance hall.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In the middle of the hallway stood a large cauldron. Sohrab tried to peek inside, but it was taller than he was!</w:t>
      </w:r>
    </w:p>
    <w:p w14:paraId="2CF57E99" w14:textId="48896669" w:rsidR="00601AA3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 xml:space="preserve">They went upstairs, where </w:t>
      </w:r>
      <w:r w:rsidR="00620684">
        <w:rPr>
          <w:sz w:val="20"/>
          <w:szCs w:val="20"/>
        </w:rPr>
        <w:t xml:space="preserve">a </w:t>
      </w:r>
      <w:r w:rsidRPr="00DF6D4C">
        <w:rPr>
          <w:sz w:val="20"/>
          <w:szCs w:val="20"/>
        </w:rPr>
        <w:t xml:space="preserve">group of schoolchildren had </w:t>
      </w:r>
      <w:r w:rsidR="00620684">
        <w:rPr>
          <w:sz w:val="20"/>
          <w:szCs w:val="20"/>
        </w:rPr>
        <w:t xml:space="preserve">just </w:t>
      </w:r>
      <w:r w:rsidR="00DF6D4C" w:rsidRPr="00DF6D4C">
        <w:rPr>
          <w:sz w:val="20"/>
          <w:szCs w:val="20"/>
        </w:rPr>
        <w:t>arrived</w:t>
      </w:r>
      <w:r w:rsidRPr="00DF6D4C">
        <w:rPr>
          <w:sz w:val="20"/>
          <w:szCs w:val="20"/>
        </w:rPr>
        <w:t xml:space="preserve"> with their teachers.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halls were filled with ancient objects: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wooden horses, </w:t>
      </w:r>
      <w:r w:rsidR="00620684">
        <w:rPr>
          <w:sz w:val="20"/>
          <w:szCs w:val="20"/>
        </w:rPr>
        <w:t>old coins</w:t>
      </w:r>
      <w:r w:rsidRPr="00DF6D4C">
        <w:rPr>
          <w:sz w:val="20"/>
          <w:szCs w:val="20"/>
        </w:rPr>
        <w:t xml:space="preserve">, statues of Buddha and Zeus, </w:t>
      </w:r>
      <w:r w:rsidR="00DF6D4C" w:rsidRPr="00DF6D4C">
        <w:rPr>
          <w:sz w:val="20"/>
          <w:szCs w:val="20"/>
        </w:rPr>
        <w:t xml:space="preserve">and </w:t>
      </w:r>
      <w:r w:rsidRPr="00DF6D4C">
        <w:rPr>
          <w:sz w:val="20"/>
          <w:szCs w:val="20"/>
        </w:rPr>
        <w:t>other treasures.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Sohrab wanted to know about each one, but his mother didn’t have all the answers.</w:t>
      </w:r>
      <w:r w:rsidR="00DF6D4C" w:rsidRPr="00DF6D4C">
        <w:rPr>
          <w:sz w:val="20"/>
          <w:szCs w:val="20"/>
        </w:rPr>
        <w:br/>
      </w:r>
      <w:r w:rsidRPr="00DF6D4C">
        <w:rPr>
          <w:sz w:val="20"/>
          <w:szCs w:val="20"/>
        </w:rPr>
        <w:t xml:space="preserve">While </w:t>
      </w:r>
      <w:r w:rsidR="00620684">
        <w:rPr>
          <w:sz w:val="20"/>
          <w:szCs w:val="20"/>
        </w:rPr>
        <w:t>he was gazing</w:t>
      </w:r>
      <w:r w:rsidRPr="00DF6D4C">
        <w:rPr>
          <w:sz w:val="20"/>
          <w:szCs w:val="20"/>
        </w:rPr>
        <w:t xml:space="preserve"> into one of the glass display cases, a voice rang out: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“Dear students and guests! Welcome to the National Museum!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Today, the museum director will speak to you about our historical artifacts.”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 xml:space="preserve">The students and teachers gathered around the </w:t>
      </w:r>
      <w:r w:rsidR="00620684">
        <w:rPr>
          <w:sz w:val="20"/>
          <w:szCs w:val="20"/>
        </w:rPr>
        <w:t xml:space="preserve">museum </w:t>
      </w:r>
      <w:r w:rsidRPr="00DF6D4C">
        <w:rPr>
          <w:sz w:val="20"/>
          <w:szCs w:val="20"/>
        </w:rPr>
        <w:t>director</w:t>
      </w:r>
      <w:r w:rsidR="00DF6D4C" w:rsidRP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>a well-dressed</w:t>
      </w:r>
      <w:r w:rsidR="00DF6D4C" w:rsidRPr="00DF6D4C">
        <w:rPr>
          <w:sz w:val="20"/>
          <w:szCs w:val="20"/>
        </w:rPr>
        <w:t xml:space="preserve">, middle-aged </w:t>
      </w:r>
      <w:r w:rsidRPr="00DF6D4C">
        <w:rPr>
          <w:sz w:val="20"/>
          <w:szCs w:val="20"/>
        </w:rPr>
        <w:t>man</w:t>
      </w:r>
      <w:r w:rsidR="00DF6D4C" w:rsidRPr="00DF6D4C">
        <w:rPr>
          <w:sz w:val="20"/>
          <w:szCs w:val="20"/>
        </w:rPr>
        <w:t xml:space="preserve">. </w:t>
      </w:r>
      <w:r w:rsidRPr="00DF6D4C">
        <w:rPr>
          <w:sz w:val="20"/>
          <w:szCs w:val="20"/>
        </w:rPr>
        <w:t>He greeted everyone warmly: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“Thank you for coming.</w:t>
      </w:r>
      <w:r w:rsidR="00DF6D4C" w:rsidRPr="00DF6D4C">
        <w:rPr>
          <w:sz w:val="20"/>
          <w:szCs w:val="20"/>
        </w:rPr>
        <w:t xml:space="preserve"> I’d like to tell you a little </w:t>
      </w:r>
      <w:r w:rsidRPr="00DF6D4C">
        <w:rPr>
          <w:sz w:val="20"/>
          <w:szCs w:val="20"/>
        </w:rPr>
        <w:t>about the importance of the museum and the treasures inside.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Then my colleagues and I will show you some highlights.</w:t>
      </w:r>
      <w:r w:rsidR="00DF6D4C" w:rsidRPr="00DF6D4C">
        <w:rPr>
          <w:sz w:val="20"/>
          <w:szCs w:val="20"/>
        </w:rPr>
        <w:t xml:space="preserve"> </w:t>
      </w:r>
      <w:r w:rsidR="00620684">
        <w:rPr>
          <w:sz w:val="20"/>
          <w:szCs w:val="20"/>
        </w:rPr>
        <w:t>I</w:t>
      </w:r>
      <w:r w:rsidRPr="00DF6D4C">
        <w:rPr>
          <w:sz w:val="20"/>
          <w:szCs w:val="20"/>
        </w:rPr>
        <w:t xml:space="preserve">f </w:t>
      </w:r>
      <w:r w:rsidRPr="00DF6D4C">
        <w:rPr>
          <w:sz w:val="20"/>
          <w:szCs w:val="20"/>
        </w:rPr>
        <w:lastRenderedPageBreak/>
        <w:t>you have questions, we’re happy to answer.”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and his mother joined the group.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director explained: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“Children, </w:t>
      </w:r>
      <w:r w:rsidR="00620684">
        <w:rPr>
          <w:sz w:val="20"/>
          <w:szCs w:val="20"/>
        </w:rPr>
        <w:t xml:space="preserve">here in </w:t>
      </w:r>
      <w:r w:rsidRPr="00DF6D4C">
        <w:rPr>
          <w:sz w:val="20"/>
          <w:szCs w:val="20"/>
        </w:rPr>
        <w:t xml:space="preserve">this museum </w:t>
      </w:r>
      <w:r w:rsidR="00620684">
        <w:rPr>
          <w:sz w:val="20"/>
          <w:szCs w:val="20"/>
        </w:rPr>
        <w:t>our task is to preserve Afghanistan’s</w:t>
      </w:r>
      <w:r w:rsidRPr="00DF6D4C">
        <w:rPr>
          <w:sz w:val="20"/>
          <w:szCs w:val="20"/>
        </w:rPr>
        <w:t xml:space="preserve"> cultural heritage.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These artifacts </w:t>
      </w:r>
      <w:r w:rsidR="00620684">
        <w:rPr>
          <w:sz w:val="20"/>
          <w:szCs w:val="20"/>
        </w:rPr>
        <w:t>come from all over</w:t>
      </w:r>
      <w:r w:rsidRPr="00DF6D4C">
        <w:rPr>
          <w:sz w:val="20"/>
          <w:szCs w:val="20"/>
        </w:rPr>
        <w:t xml:space="preserve"> </w:t>
      </w:r>
      <w:r w:rsidR="00620684">
        <w:rPr>
          <w:sz w:val="20"/>
          <w:szCs w:val="20"/>
        </w:rPr>
        <w:t>the country</w:t>
      </w:r>
      <w:r w:rsidRPr="00DF6D4C">
        <w:rPr>
          <w:sz w:val="20"/>
          <w:szCs w:val="20"/>
        </w:rPr>
        <w:t>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They are priceless — both in material and spiritual value.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No one has the right to sell or use them privately.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If you </w:t>
      </w:r>
      <w:r w:rsidR="00DF6D4C" w:rsidRPr="00DF6D4C">
        <w:rPr>
          <w:sz w:val="20"/>
          <w:szCs w:val="20"/>
        </w:rPr>
        <w:t xml:space="preserve">ever </w:t>
      </w:r>
      <w:r w:rsidRPr="00DF6D4C">
        <w:rPr>
          <w:sz w:val="20"/>
          <w:szCs w:val="20"/>
        </w:rPr>
        <w:t xml:space="preserve">find something historical, you </w:t>
      </w:r>
      <w:r w:rsidR="00DF6D4C" w:rsidRPr="00DF6D4C">
        <w:rPr>
          <w:sz w:val="20"/>
          <w:szCs w:val="20"/>
        </w:rPr>
        <w:t>should</w:t>
      </w:r>
      <w:r w:rsidRPr="00DF6D4C">
        <w:rPr>
          <w:sz w:val="20"/>
          <w:szCs w:val="20"/>
        </w:rPr>
        <w:t xml:space="preserve"> bring it to the museum</w:t>
      </w:r>
      <w:r w:rsidR="00DF6D4C" w:rsidRPr="00DF6D4C">
        <w:rPr>
          <w:sz w:val="20"/>
          <w:szCs w:val="20"/>
        </w:rPr>
        <w:t>, because if</w:t>
      </w:r>
      <w:r w:rsidRPr="00DF6D4C">
        <w:rPr>
          <w:sz w:val="20"/>
          <w:szCs w:val="20"/>
        </w:rPr>
        <w:t xml:space="preserve"> these objects fall into the hands of smugglers, our history will be lost.”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He pointed to statues and cases: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“What you see here are handcrafted items from our ancestors</w:t>
      </w:r>
      <w:r w:rsidR="00DF6D4C" w:rsidRPr="00DF6D4C">
        <w:rPr>
          <w:sz w:val="20"/>
          <w:szCs w:val="20"/>
        </w:rPr>
        <w:t xml:space="preserve">. They have been </w:t>
      </w:r>
      <w:r w:rsidRPr="00DF6D4C">
        <w:rPr>
          <w:sz w:val="20"/>
          <w:szCs w:val="20"/>
        </w:rPr>
        <w:t>preserved over hundreds, even thousands of years.”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asked,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“Sir, how are these things discovered?”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The director smiled: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“Good question! There’s a field called archaeology.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If you’re interested, you can study it </w:t>
      </w:r>
      <w:r w:rsidR="00DF6D4C" w:rsidRPr="00DF6D4C">
        <w:rPr>
          <w:sz w:val="20"/>
          <w:szCs w:val="20"/>
        </w:rPr>
        <w:t>at the</w:t>
      </w:r>
      <w:r w:rsidRPr="00DF6D4C">
        <w:rPr>
          <w:sz w:val="20"/>
          <w:szCs w:val="20"/>
        </w:rPr>
        <w:t xml:space="preserve"> university.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Archaeologists explore ancient sites and carefully excavate </w:t>
      </w:r>
      <w:r w:rsidR="00620684">
        <w:rPr>
          <w:sz w:val="20"/>
          <w:szCs w:val="20"/>
        </w:rPr>
        <w:t>anything they find, however small.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Then they study and date them to understand their historical value.”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suddenly remembered something — in Golali’s house, there was a ceramic bowl with strange black markings, and a few old coins.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bowl sat on a little shelf above the door.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and Golali had often tried to read the black spirals, but never could.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They had promised to study hard</w:t>
      </w:r>
      <w:r w:rsidR="00DF6D4C" w:rsidRPr="00DF6D4C">
        <w:rPr>
          <w:sz w:val="20"/>
          <w:szCs w:val="20"/>
        </w:rPr>
        <w:t xml:space="preserve">, and </w:t>
      </w:r>
      <w:r w:rsidRPr="00DF6D4C">
        <w:rPr>
          <w:sz w:val="20"/>
          <w:szCs w:val="20"/>
        </w:rPr>
        <w:t>maybe</w:t>
      </w:r>
      <w:r w:rsidR="00DF6D4C" w:rsidRPr="00DF6D4C">
        <w:rPr>
          <w:sz w:val="20"/>
          <w:szCs w:val="20"/>
        </w:rPr>
        <w:t>,</w:t>
      </w:r>
      <w:r w:rsidRPr="00DF6D4C">
        <w:rPr>
          <w:sz w:val="20"/>
          <w:szCs w:val="20"/>
        </w:rPr>
        <w:t xml:space="preserve"> one day, they’d be able to </w:t>
      </w:r>
      <w:r w:rsidR="00620684">
        <w:rPr>
          <w:sz w:val="20"/>
          <w:szCs w:val="20"/>
        </w:rPr>
        <w:t>understand them</w:t>
      </w:r>
      <w:r w:rsidRPr="00DF6D4C">
        <w:rPr>
          <w:sz w:val="20"/>
          <w:szCs w:val="20"/>
        </w:rPr>
        <w:t>.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The director had finished speaking. He turned to Sohrab: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“I hope that answer</w:t>
      </w:r>
      <w:r w:rsidR="00DF6D4C" w:rsidRPr="00DF6D4C">
        <w:rPr>
          <w:sz w:val="20"/>
          <w:szCs w:val="20"/>
        </w:rPr>
        <w:t>s</w:t>
      </w:r>
      <w:r w:rsidRPr="00DF6D4C">
        <w:rPr>
          <w:sz w:val="20"/>
          <w:szCs w:val="20"/>
        </w:rPr>
        <w:t xml:space="preserve"> your question</w:t>
      </w:r>
      <w:r w:rsidR="00DF6D4C" w:rsidRPr="00DF6D4C">
        <w:rPr>
          <w:sz w:val="20"/>
          <w:szCs w:val="20"/>
        </w:rPr>
        <w:t>.</w:t>
      </w:r>
      <w:r w:rsidRPr="00DF6D4C">
        <w:rPr>
          <w:sz w:val="20"/>
          <w:szCs w:val="20"/>
        </w:rPr>
        <w:t>”</w:t>
      </w:r>
      <w:r w:rsidR="00DF6D4C" w:rsidRPr="00DF6D4C">
        <w:rPr>
          <w:sz w:val="20"/>
          <w:szCs w:val="20"/>
        </w:rPr>
        <w:t xml:space="preserve"> </w:t>
      </w:r>
      <w:r w:rsidR="00601AA3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Sohrab, smiling, said: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“Yes, thank you! I</w:t>
      </w:r>
      <w:r w:rsidR="00DF6D4C" w:rsidRPr="00DF6D4C">
        <w:rPr>
          <w:sz w:val="20"/>
          <w:szCs w:val="20"/>
        </w:rPr>
        <w:t>’ve</w:t>
      </w:r>
      <w:r w:rsidRPr="00DF6D4C">
        <w:rPr>
          <w:sz w:val="20"/>
          <w:szCs w:val="20"/>
        </w:rPr>
        <w:t xml:space="preserve"> learned so much </w:t>
      </w:r>
      <w:r w:rsidR="00DF6D4C" w:rsidRPr="00DF6D4C">
        <w:rPr>
          <w:sz w:val="20"/>
          <w:szCs w:val="20"/>
        </w:rPr>
        <w:t>already</w:t>
      </w:r>
      <w:r w:rsidRPr="00DF6D4C">
        <w:rPr>
          <w:sz w:val="20"/>
          <w:szCs w:val="20"/>
        </w:rPr>
        <w:t>. But I have one more question.”</w:t>
      </w:r>
      <w:r w:rsidR="00DF6D4C" w:rsidRPr="00DF6D4C">
        <w:rPr>
          <w:sz w:val="20"/>
          <w:szCs w:val="20"/>
        </w:rPr>
        <w:t xml:space="preserve"> </w:t>
      </w:r>
    </w:p>
    <w:p w14:paraId="521477DA" w14:textId="18788EFF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>“</w:t>
      </w:r>
      <w:r w:rsidR="00620684">
        <w:rPr>
          <w:sz w:val="20"/>
          <w:szCs w:val="20"/>
        </w:rPr>
        <w:t>I’m happy to answer it</w:t>
      </w:r>
      <w:r w:rsidRPr="00DF6D4C">
        <w:rPr>
          <w:sz w:val="20"/>
          <w:szCs w:val="20"/>
        </w:rPr>
        <w:t>, my son,” said the director.</w:t>
      </w:r>
      <w:r w:rsidR="00DF6D4C" w:rsidRPr="00DF6D4C">
        <w:rPr>
          <w:sz w:val="20"/>
          <w:szCs w:val="20"/>
        </w:rPr>
        <w:t xml:space="preserve"> 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explained: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“My name is Sohrab. My mother and I are visiting from Ghazni.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We live in Tapa-e-Sardar, </w:t>
      </w:r>
      <w:r w:rsidR="00620684">
        <w:rPr>
          <w:sz w:val="20"/>
          <w:szCs w:val="20"/>
        </w:rPr>
        <w:t>where there are</w:t>
      </w:r>
      <w:r w:rsidRPr="00DF6D4C">
        <w:rPr>
          <w:sz w:val="20"/>
          <w:szCs w:val="20"/>
        </w:rPr>
        <w:t xml:space="preserve"> many hills.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Sometimes, people </w:t>
      </w:r>
      <w:r w:rsidR="00620684">
        <w:rPr>
          <w:sz w:val="20"/>
          <w:szCs w:val="20"/>
        </w:rPr>
        <w:t xml:space="preserve">who live there </w:t>
      </w:r>
      <w:r w:rsidRPr="00DF6D4C">
        <w:rPr>
          <w:sz w:val="20"/>
          <w:szCs w:val="20"/>
        </w:rPr>
        <w:t>find old jars, trays, and coins.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Do those count as historical artifacts too?”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The director replied: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“Good </w:t>
      </w:r>
      <w:r w:rsidR="00DF6D4C" w:rsidRPr="00DF6D4C">
        <w:rPr>
          <w:sz w:val="20"/>
          <w:szCs w:val="20"/>
        </w:rPr>
        <w:t>question</w:t>
      </w:r>
      <w:r w:rsidRPr="00DF6D4C">
        <w:rPr>
          <w:sz w:val="20"/>
          <w:szCs w:val="20"/>
        </w:rPr>
        <w:t>, Sohrab! Some of the artifacts you see here were found by ordinary people</w:t>
      </w:r>
      <w:r w:rsidR="00620684">
        <w:rPr>
          <w:sz w:val="20"/>
          <w:szCs w:val="20"/>
        </w:rPr>
        <w:t>, who</w:t>
      </w:r>
      <w:r w:rsidRPr="00DF6D4C">
        <w:rPr>
          <w:sz w:val="20"/>
          <w:szCs w:val="20"/>
        </w:rPr>
        <w:t xml:space="preserve"> brought what they found to the museum.”</w:t>
      </w:r>
      <w:r w:rsidR="00DF6D4C" w:rsidRP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The visit was unforgettable.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Sohrab and his mother explored every room.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staff kindly explained each object.</w:t>
      </w:r>
      <w:r w:rsidR="00DF6D4C" w:rsidRP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But one thing stayed in Sohrab’s mind: </w:t>
      </w:r>
      <w:r w:rsidR="00DF6D4C" w:rsidRPr="00DF6D4C">
        <w:rPr>
          <w:sz w:val="20"/>
          <w:szCs w:val="20"/>
        </w:rPr>
        <w:t>t</w:t>
      </w:r>
      <w:r w:rsidRPr="00DF6D4C">
        <w:rPr>
          <w:sz w:val="20"/>
          <w:szCs w:val="20"/>
        </w:rPr>
        <w:t>hat bowl on Golali’s shelf.</w:t>
      </w:r>
    </w:p>
    <w:p w14:paraId="7646D4B6" w14:textId="515870AA" w:rsidR="00242F46" w:rsidRPr="00DF6D4C" w:rsidRDefault="00000000">
      <w:pPr>
        <w:rPr>
          <w:b/>
          <w:bCs/>
          <w:sz w:val="20"/>
          <w:szCs w:val="20"/>
        </w:rPr>
      </w:pPr>
      <w:r w:rsidRPr="00DF6D4C">
        <w:rPr>
          <w:b/>
          <w:bCs/>
          <w:sz w:val="20"/>
          <w:szCs w:val="20"/>
        </w:rPr>
        <w:t>Part Two</w:t>
      </w:r>
    </w:p>
    <w:p w14:paraId="59392CCB" w14:textId="19590460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>As soon as they returned to Ghazni, Sohrab went straight to Golali’s house.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ceramic bowl was still there</w:t>
      </w:r>
      <w:r w:rsidR="00DF6D4C">
        <w:rPr>
          <w:sz w:val="20"/>
          <w:szCs w:val="20"/>
        </w:rPr>
        <w:t xml:space="preserve">, and so were </w:t>
      </w:r>
      <w:r w:rsidRPr="00DF6D4C">
        <w:rPr>
          <w:sz w:val="20"/>
          <w:szCs w:val="20"/>
        </w:rPr>
        <w:t>the coins.</w:t>
      </w:r>
      <w:r w:rsidR="00DF6D4C">
        <w:rPr>
          <w:sz w:val="20"/>
          <w:szCs w:val="20"/>
        </w:rPr>
        <w:t xml:space="preserve"> Sohrab</w:t>
      </w:r>
      <w:r w:rsidRPr="00DF6D4C">
        <w:rPr>
          <w:sz w:val="20"/>
          <w:szCs w:val="20"/>
        </w:rPr>
        <w:t xml:space="preserve"> gave Golali a </w:t>
      </w:r>
      <w:r w:rsidR="00F01A81">
        <w:rPr>
          <w:sz w:val="20"/>
          <w:szCs w:val="20"/>
        </w:rPr>
        <w:t xml:space="preserve">beautifully illustrated </w:t>
      </w:r>
      <w:r w:rsidRPr="00DF6D4C">
        <w:rPr>
          <w:sz w:val="20"/>
          <w:szCs w:val="20"/>
        </w:rPr>
        <w:t>storybook from Kabul</w:t>
      </w:r>
      <w:r w:rsidR="00F01A81">
        <w:rPr>
          <w:sz w:val="20"/>
          <w:szCs w:val="20"/>
        </w:rPr>
        <w:t>.</w:t>
      </w:r>
      <w:r w:rsidR="00DF6D4C">
        <w:rPr>
          <w:sz w:val="20"/>
          <w:szCs w:val="20"/>
        </w:rPr>
        <w:t xml:space="preserve"> He now</w:t>
      </w:r>
      <w:r w:rsidRPr="00DF6D4C">
        <w:rPr>
          <w:sz w:val="20"/>
          <w:szCs w:val="20"/>
        </w:rPr>
        <w:t xml:space="preserve"> </w:t>
      </w:r>
      <w:r w:rsidR="00DF6D4C">
        <w:rPr>
          <w:sz w:val="20"/>
          <w:szCs w:val="20"/>
        </w:rPr>
        <w:t xml:space="preserve">felt </w:t>
      </w:r>
      <w:r w:rsidRPr="00DF6D4C">
        <w:rPr>
          <w:sz w:val="20"/>
          <w:szCs w:val="20"/>
        </w:rPr>
        <w:t xml:space="preserve">certain </w:t>
      </w:r>
      <w:r w:rsidR="00DF6D4C">
        <w:rPr>
          <w:sz w:val="20"/>
          <w:szCs w:val="20"/>
        </w:rPr>
        <w:t xml:space="preserve">that </w:t>
      </w:r>
      <w:r w:rsidRPr="00DF6D4C">
        <w:rPr>
          <w:sz w:val="20"/>
          <w:szCs w:val="20"/>
        </w:rPr>
        <w:t xml:space="preserve">the bowl and coins were historic, </w:t>
      </w:r>
      <w:r w:rsidR="00DF6D4C">
        <w:rPr>
          <w:sz w:val="20"/>
          <w:szCs w:val="20"/>
        </w:rPr>
        <w:t>but</w:t>
      </w:r>
      <w:r w:rsidRPr="00DF6D4C">
        <w:rPr>
          <w:sz w:val="20"/>
          <w:szCs w:val="20"/>
        </w:rPr>
        <w:t xml:space="preserve"> didn’t know how to tell Golali’s parents.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 he told Golali everything</w:t>
      </w:r>
      <w:r w:rsid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>and they agreed to ask Sofoora, Sohrab’s mother, for help.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Sofoora, a teacher, had seen the bowl many times, but hadn’t realized its importance.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After hearing their story, she said: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“I’m so proud of you both! These objects are </w:t>
      </w:r>
      <w:r w:rsidR="00F01A81">
        <w:rPr>
          <w:sz w:val="20"/>
          <w:szCs w:val="20"/>
        </w:rPr>
        <w:t>indeed</w:t>
      </w:r>
      <w:r w:rsidRPr="00DF6D4C">
        <w:rPr>
          <w:sz w:val="20"/>
          <w:szCs w:val="20"/>
        </w:rPr>
        <w:t xml:space="preserve"> valuable.</w:t>
      </w:r>
      <w:r w:rsidR="00DF6D4C">
        <w:rPr>
          <w:sz w:val="20"/>
          <w:szCs w:val="20"/>
        </w:rPr>
        <w:t xml:space="preserve"> Golali, </w:t>
      </w:r>
      <w:r w:rsidRPr="00DF6D4C">
        <w:rPr>
          <w:sz w:val="20"/>
          <w:szCs w:val="20"/>
        </w:rPr>
        <w:t xml:space="preserve">I’ll talk to your parents and try to convince them to donate </w:t>
      </w:r>
      <w:r w:rsidR="00DF6D4C">
        <w:rPr>
          <w:sz w:val="20"/>
          <w:szCs w:val="20"/>
        </w:rPr>
        <w:t>them</w:t>
      </w:r>
      <w:r w:rsidRPr="00DF6D4C">
        <w:rPr>
          <w:sz w:val="20"/>
          <w:szCs w:val="20"/>
        </w:rPr>
        <w:t xml:space="preserve"> to the museum.”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lastRenderedPageBreak/>
        <w:br/>
      </w:r>
      <w:r w:rsidRPr="00DF6D4C">
        <w:rPr>
          <w:sz w:val="20"/>
          <w:szCs w:val="20"/>
        </w:rPr>
        <w:t>Golali’s parents respected Sofoora.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When she spoke to them about historical heritage, they agreed to donate the </w:t>
      </w:r>
      <w:r w:rsidR="00DF6D4C">
        <w:rPr>
          <w:sz w:val="20"/>
          <w:szCs w:val="20"/>
        </w:rPr>
        <w:t>bowl and coins</w:t>
      </w:r>
      <w:r w:rsidRPr="00DF6D4C">
        <w:rPr>
          <w:sz w:val="20"/>
          <w:szCs w:val="20"/>
        </w:rPr>
        <w:t>.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 xml:space="preserve">A week later, Sohrab, his mother, and Golali returned to Kabul — </w:t>
      </w:r>
      <w:r w:rsidR="00F01A81">
        <w:rPr>
          <w:sz w:val="20"/>
          <w:szCs w:val="20"/>
        </w:rPr>
        <w:t xml:space="preserve">this time, </w:t>
      </w:r>
      <w:r w:rsidRPr="00DF6D4C">
        <w:rPr>
          <w:sz w:val="20"/>
          <w:szCs w:val="20"/>
        </w:rPr>
        <w:t>not empty-handed</w:t>
      </w:r>
      <w:r w:rsidR="00F01A81">
        <w:rPr>
          <w:sz w:val="20"/>
          <w:szCs w:val="20"/>
        </w:rPr>
        <w:t xml:space="preserve">. </w:t>
      </w:r>
      <w:r w:rsidRPr="00DF6D4C">
        <w:rPr>
          <w:sz w:val="20"/>
          <w:szCs w:val="20"/>
        </w:rPr>
        <w:t xml:space="preserve">The bowl and coins were carefully </w:t>
      </w:r>
      <w:r w:rsidR="00DF6D4C">
        <w:rPr>
          <w:sz w:val="20"/>
          <w:szCs w:val="20"/>
        </w:rPr>
        <w:t>packed</w:t>
      </w:r>
      <w:r w:rsidRPr="00DF6D4C">
        <w:rPr>
          <w:sz w:val="20"/>
          <w:szCs w:val="20"/>
        </w:rPr>
        <w:t xml:space="preserve"> in </w:t>
      </w:r>
      <w:r w:rsidR="00DF6D4C">
        <w:rPr>
          <w:sz w:val="20"/>
          <w:szCs w:val="20"/>
        </w:rPr>
        <w:t>a sturdy</w:t>
      </w:r>
      <w:r w:rsidRPr="00DF6D4C">
        <w:rPr>
          <w:sz w:val="20"/>
          <w:szCs w:val="20"/>
        </w:rPr>
        <w:t xml:space="preserve"> </w:t>
      </w:r>
      <w:r w:rsidR="00DF6D4C">
        <w:rPr>
          <w:sz w:val="20"/>
          <w:szCs w:val="20"/>
        </w:rPr>
        <w:t>box</w:t>
      </w:r>
      <w:r w:rsidRPr="00DF6D4C">
        <w:rPr>
          <w:sz w:val="20"/>
          <w:szCs w:val="20"/>
        </w:rPr>
        <w:t xml:space="preserve"> so they wouldn’t be damaged.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At the museum, the</w:t>
      </w:r>
      <w:r w:rsidR="00F01A81">
        <w:rPr>
          <w:sz w:val="20"/>
          <w:szCs w:val="20"/>
        </w:rPr>
        <w:t>y were welcomed by the</w:t>
      </w:r>
      <w:r w:rsidRPr="00DF6D4C">
        <w:rPr>
          <w:sz w:val="20"/>
          <w:szCs w:val="20"/>
        </w:rPr>
        <w:t xml:space="preserve"> director </w:t>
      </w:r>
      <w:r w:rsidR="00F01A81">
        <w:rPr>
          <w:sz w:val="20"/>
          <w:szCs w:val="20"/>
        </w:rPr>
        <w:t>himself</w:t>
      </w:r>
      <w:r w:rsidRPr="00DF6D4C">
        <w:rPr>
          <w:sz w:val="20"/>
          <w:szCs w:val="20"/>
        </w:rPr>
        <w:t>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remembered Sohrab’s questions.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Sohrab handed him the </w:t>
      </w:r>
      <w:r w:rsidR="00DF6D4C">
        <w:rPr>
          <w:sz w:val="20"/>
          <w:szCs w:val="20"/>
        </w:rPr>
        <w:t>box</w:t>
      </w:r>
      <w:r w:rsidRPr="00DF6D4C">
        <w:rPr>
          <w:sz w:val="20"/>
          <w:szCs w:val="20"/>
        </w:rPr>
        <w:t>. The director opened it</w:t>
      </w:r>
      <w:r w:rsid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>and was amazed by the glazed ceramic bowl with Kufic calligraphy.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coins clinked as he touched them.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said: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“This bowl was made during the Ghaznavid </w:t>
      </w:r>
      <w:r w:rsidR="00DF6D4C">
        <w:rPr>
          <w:sz w:val="20"/>
          <w:szCs w:val="20"/>
        </w:rPr>
        <w:t>D</w:t>
      </w:r>
      <w:r w:rsidRPr="00DF6D4C">
        <w:rPr>
          <w:sz w:val="20"/>
          <w:szCs w:val="20"/>
        </w:rPr>
        <w:t xml:space="preserve">ynasty, </w:t>
      </w:r>
      <w:r w:rsidR="00DF6D4C">
        <w:rPr>
          <w:sz w:val="20"/>
          <w:szCs w:val="20"/>
        </w:rPr>
        <w:t>about</w:t>
      </w:r>
      <w:r w:rsidRPr="00DF6D4C">
        <w:rPr>
          <w:sz w:val="20"/>
          <w:szCs w:val="20"/>
        </w:rPr>
        <w:t xml:space="preserve"> 900 years ago.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The coins are from the time of Sultan </w:t>
      </w:r>
      <w:r w:rsidR="00DF6D4C">
        <w:rPr>
          <w:sz w:val="20"/>
          <w:szCs w:val="20"/>
        </w:rPr>
        <w:t>Masoud</w:t>
      </w:r>
      <w:r w:rsidRPr="00DF6D4C">
        <w:rPr>
          <w:sz w:val="20"/>
          <w:szCs w:val="20"/>
        </w:rPr>
        <w:t xml:space="preserve"> — they’re called </w:t>
      </w:r>
      <w:r w:rsidR="00DF6D4C">
        <w:rPr>
          <w:sz w:val="20"/>
          <w:szCs w:val="20"/>
        </w:rPr>
        <w:t xml:space="preserve">Masoud </w:t>
      </w:r>
      <w:r w:rsidRPr="00DF6D4C">
        <w:rPr>
          <w:sz w:val="20"/>
          <w:szCs w:val="20"/>
        </w:rPr>
        <w:t>coins.”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“900 years old!”</w:t>
      </w:r>
      <w:r w:rsidR="00DF6D4C">
        <w:rPr>
          <w:sz w:val="20"/>
          <w:szCs w:val="20"/>
        </w:rPr>
        <w:t xml:space="preserve"> </w:t>
      </w:r>
      <w:r w:rsidR="00F01A81">
        <w:rPr>
          <w:sz w:val="20"/>
          <w:szCs w:val="20"/>
        </w:rPr>
        <w:t xml:space="preserve">cried Golali. </w:t>
      </w:r>
      <w:r w:rsidRPr="00DF6D4C">
        <w:rPr>
          <w:sz w:val="20"/>
          <w:szCs w:val="20"/>
        </w:rPr>
        <w:t>“Yes,” the director said. “They have great historical and spiritual value.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You can’t measure their worth in money. They are treasures of our ancestors.”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Sohrab added: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“Golali and I always wondered what those spiral lines meant.”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director replied: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“You’re both bright students.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One day, you’ll read </w:t>
      </w:r>
      <w:r w:rsidR="00DF6D4C">
        <w:rPr>
          <w:sz w:val="20"/>
          <w:szCs w:val="20"/>
        </w:rPr>
        <w:t>the</w:t>
      </w:r>
      <w:r w:rsidRPr="00DF6D4C">
        <w:rPr>
          <w:sz w:val="20"/>
          <w:szCs w:val="20"/>
        </w:rPr>
        <w:t xml:space="preserve"> inscription yourselves.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But today, let me read it for you — it’s a blessing written in Kufic script.”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 xml:space="preserve">Together, they placed the bowl and coins in a glass display </w:t>
      </w:r>
      <w:r w:rsidR="00DF6D4C">
        <w:rPr>
          <w:sz w:val="20"/>
          <w:szCs w:val="20"/>
        </w:rPr>
        <w:t xml:space="preserve">case </w:t>
      </w:r>
      <w:r w:rsidRPr="00DF6D4C">
        <w:rPr>
          <w:sz w:val="20"/>
          <w:szCs w:val="20"/>
        </w:rPr>
        <w:t>for all to see.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The director thanked them, took a photo, and gave them </w:t>
      </w:r>
      <w:r w:rsidR="00F01A81">
        <w:rPr>
          <w:sz w:val="20"/>
          <w:szCs w:val="20"/>
        </w:rPr>
        <w:t xml:space="preserve">each a </w:t>
      </w:r>
      <w:r w:rsidRPr="00DF6D4C">
        <w:rPr>
          <w:sz w:val="20"/>
          <w:szCs w:val="20"/>
        </w:rPr>
        <w:t xml:space="preserve">book as </w:t>
      </w:r>
      <w:r w:rsidR="00F01A81">
        <w:rPr>
          <w:sz w:val="20"/>
          <w:szCs w:val="20"/>
        </w:rPr>
        <w:t xml:space="preserve">a </w:t>
      </w:r>
      <w:r w:rsidRPr="00DF6D4C">
        <w:rPr>
          <w:sz w:val="20"/>
          <w:szCs w:val="20"/>
        </w:rPr>
        <w:t>gift.</w:t>
      </w:r>
      <w:r w:rsidR="00DF6D4C">
        <w:rPr>
          <w:sz w:val="20"/>
          <w:szCs w:val="20"/>
        </w:rPr>
        <w:t xml:space="preserve"> 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That night, at his aunt’s house, Sohrab was so tired he didn’t even eat.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fell asleep thinking about the bowl.</w:t>
      </w:r>
    </w:p>
    <w:p w14:paraId="017854EC" w14:textId="77777777" w:rsidR="00242F46" w:rsidRPr="00DF6D4C" w:rsidRDefault="00000000">
      <w:pPr>
        <w:rPr>
          <w:sz w:val="20"/>
          <w:szCs w:val="20"/>
        </w:rPr>
      </w:pPr>
      <w:r w:rsidRPr="00DF6D4C">
        <w:rPr>
          <w:b/>
          <w:bCs/>
          <w:sz w:val="20"/>
          <w:szCs w:val="20"/>
        </w:rPr>
        <w:t>Part Three</w:t>
      </w:r>
      <w:r w:rsidRPr="00DF6D4C">
        <w:rPr>
          <w:sz w:val="20"/>
          <w:szCs w:val="20"/>
        </w:rPr>
        <w:t xml:space="preserve"> — A Dream</w:t>
      </w:r>
    </w:p>
    <w:p w14:paraId="42AF0DF3" w14:textId="6E0EFAC4" w:rsidR="00601AA3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 xml:space="preserve">Sohrab </w:t>
      </w:r>
      <w:r w:rsidR="00DF6D4C">
        <w:rPr>
          <w:sz w:val="20"/>
          <w:szCs w:val="20"/>
        </w:rPr>
        <w:t>dreamed it</w:t>
      </w:r>
      <w:r w:rsidRPr="00DF6D4C">
        <w:rPr>
          <w:sz w:val="20"/>
          <w:szCs w:val="20"/>
        </w:rPr>
        <w:t xml:space="preserve"> was the first day of spring in ancient Ghazni.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Golden light from the east filtered through dusty air.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was in the bustling market</w:t>
      </w:r>
      <w:r w:rsid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 xml:space="preserve">near the Forty </w:t>
      </w:r>
      <w:r w:rsidR="00DF6D4C">
        <w:rPr>
          <w:sz w:val="20"/>
          <w:szCs w:val="20"/>
        </w:rPr>
        <w:t>Columns</w:t>
      </w:r>
      <w:r w:rsidRPr="00DF6D4C">
        <w:rPr>
          <w:sz w:val="20"/>
          <w:szCs w:val="20"/>
        </w:rPr>
        <w:t xml:space="preserve"> Palace.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Crowds moved through rows of traders.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saw a massive elephant carrying a rider in a little house on its back!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“That’s a merchant from India,” his mother said.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They bought spices and fabrics from Egyptian and Chinese traders.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Later, they saw a snake charmer performing in the square</w:t>
      </w:r>
      <w:r w:rsidR="00DF6D4C">
        <w:rPr>
          <w:sz w:val="20"/>
          <w:szCs w:val="20"/>
        </w:rPr>
        <w:t xml:space="preserve">. </w:t>
      </w:r>
      <w:r w:rsidRPr="00DF6D4C">
        <w:rPr>
          <w:sz w:val="20"/>
          <w:szCs w:val="20"/>
        </w:rPr>
        <w:t>People gathered to watch as a giant snake danced to music.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“That man came from India,” his mother whispered.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“Some say his snake’s ancestors once lived in temples and drank milk.”</w:t>
      </w:r>
      <w:r w:rsidR="00601AA3">
        <w:rPr>
          <w:sz w:val="20"/>
          <w:szCs w:val="20"/>
        </w:rPr>
        <w:t xml:space="preserve"> </w:t>
      </w:r>
      <w:r w:rsidR="00601AA3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After the show, they went to the pottery market.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Sohrab was </w:t>
      </w:r>
      <w:r w:rsidR="00F01A81">
        <w:rPr>
          <w:sz w:val="20"/>
          <w:szCs w:val="20"/>
        </w:rPr>
        <w:t>amazed</w:t>
      </w:r>
      <w:r w:rsidRPr="00DF6D4C">
        <w:rPr>
          <w:sz w:val="20"/>
          <w:szCs w:val="20"/>
        </w:rPr>
        <w:t xml:space="preserve"> — </w:t>
      </w:r>
      <w:r w:rsidR="00F01A81">
        <w:rPr>
          <w:sz w:val="20"/>
          <w:szCs w:val="20"/>
        </w:rPr>
        <w:t xml:space="preserve">there was his </w:t>
      </w:r>
      <w:r w:rsidRPr="00DF6D4C">
        <w:rPr>
          <w:sz w:val="20"/>
          <w:szCs w:val="20"/>
        </w:rPr>
        <w:t>bowl, hanging among others on a shop wall.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Just then, Golali and her mother </w:t>
      </w:r>
      <w:r w:rsidR="00F01A81">
        <w:rPr>
          <w:sz w:val="20"/>
          <w:szCs w:val="20"/>
        </w:rPr>
        <w:t>appeared</w:t>
      </w:r>
      <w:r w:rsidRPr="00DF6D4C">
        <w:rPr>
          <w:sz w:val="20"/>
          <w:szCs w:val="20"/>
        </w:rPr>
        <w:t>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Golali cried out: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“Mama! I want that bowl</w:t>
      </w:r>
      <w:r w:rsidR="00F01A81">
        <w:rPr>
          <w:sz w:val="20"/>
          <w:szCs w:val="20"/>
        </w:rPr>
        <w:t xml:space="preserve"> with the beautiful decorations</w:t>
      </w:r>
      <w:r w:rsidRPr="00DF6D4C">
        <w:rPr>
          <w:sz w:val="20"/>
          <w:szCs w:val="20"/>
        </w:rPr>
        <w:t>!”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Her mother said: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“These aren’t </w:t>
      </w:r>
      <w:r w:rsidR="00F01A81">
        <w:rPr>
          <w:sz w:val="20"/>
          <w:szCs w:val="20"/>
        </w:rPr>
        <w:t>just</w:t>
      </w:r>
      <w:r w:rsidRPr="00DF6D4C">
        <w:rPr>
          <w:sz w:val="20"/>
          <w:szCs w:val="20"/>
        </w:rPr>
        <w:t xml:space="preserve"> decorations, </w:t>
      </w:r>
      <w:r w:rsidR="00F01A81">
        <w:rPr>
          <w:sz w:val="20"/>
          <w:szCs w:val="20"/>
        </w:rPr>
        <w:t xml:space="preserve">my </w:t>
      </w:r>
      <w:r w:rsidRPr="00DF6D4C">
        <w:rPr>
          <w:sz w:val="20"/>
          <w:szCs w:val="20"/>
        </w:rPr>
        <w:t>dear.</w:t>
      </w:r>
      <w:r w:rsidR="00DF6D4C">
        <w:rPr>
          <w:sz w:val="20"/>
          <w:szCs w:val="20"/>
        </w:rPr>
        <w:t xml:space="preserve"> They’re</w:t>
      </w:r>
      <w:r w:rsidRPr="00DF6D4C">
        <w:rPr>
          <w:sz w:val="20"/>
          <w:szCs w:val="20"/>
        </w:rPr>
        <w:t xml:space="preserve"> Kufic inscriptions</w:t>
      </w:r>
      <w:r w:rsid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>written by master calligraphers from Damascus and Baghdad.”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Golali said: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“They remind me of that Indian snake!”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The shopkeeper, a potter from Bukhara, gave the bowl to Golali as a gift.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 xml:space="preserve">He also gave her some </w:t>
      </w:r>
      <w:r w:rsidR="00DF6D4C">
        <w:rPr>
          <w:sz w:val="20"/>
          <w:szCs w:val="20"/>
        </w:rPr>
        <w:t>Masoud</w:t>
      </w:r>
      <w:r w:rsidRPr="00DF6D4C">
        <w:rPr>
          <w:sz w:val="20"/>
          <w:szCs w:val="20"/>
        </w:rPr>
        <w:t xml:space="preserve"> coins</w:t>
      </w:r>
      <w:r w:rsidR="00F01A81">
        <w:rPr>
          <w:sz w:val="20"/>
          <w:szCs w:val="20"/>
        </w:rPr>
        <w:t>, but he wouldn’t take any money from her</w:t>
      </w:r>
      <w:r w:rsidRPr="00DF6D4C">
        <w:rPr>
          <w:sz w:val="20"/>
          <w:szCs w:val="20"/>
        </w:rPr>
        <w:t>.</w:t>
      </w:r>
      <w:r w:rsidR="00DF6D4C">
        <w:rPr>
          <w:sz w:val="20"/>
          <w:szCs w:val="20"/>
        </w:rPr>
        <w:t xml:space="preserve"> </w:t>
      </w:r>
    </w:p>
    <w:p w14:paraId="48200940" w14:textId="1513D0DA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 xml:space="preserve">“Thanks to Sultan </w:t>
      </w:r>
      <w:r w:rsidR="00DF6D4C">
        <w:rPr>
          <w:sz w:val="20"/>
          <w:szCs w:val="20"/>
        </w:rPr>
        <w:t>Masoud</w:t>
      </w:r>
      <w:r w:rsidRPr="00DF6D4C">
        <w:rPr>
          <w:sz w:val="20"/>
          <w:szCs w:val="20"/>
        </w:rPr>
        <w:t>, Ghazni is rich and blessed,” he said.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t>Sohrab and Golali spent the day exploring the city.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With every step Golali took, the coins jingled softly in her pocket.</w:t>
      </w:r>
      <w:r w:rsidR="00DF6D4C">
        <w:rPr>
          <w:sz w:val="20"/>
          <w:szCs w:val="20"/>
        </w:rPr>
        <w:br/>
      </w:r>
      <w:r w:rsidR="00601AA3">
        <w:rPr>
          <w:sz w:val="20"/>
          <w:szCs w:val="20"/>
        </w:rPr>
        <w:br/>
      </w:r>
      <w:r w:rsidRPr="00DF6D4C">
        <w:rPr>
          <w:sz w:val="20"/>
          <w:szCs w:val="20"/>
        </w:rPr>
        <w:lastRenderedPageBreak/>
        <w:t xml:space="preserve">“Sohrab, wake up, my son. </w:t>
      </w:r>
      <w:r w:rsidR="00F01A81">
        <w:rPr>
          <w:sz w:val="20"/>
          <w:szCs w:val="20"/>
        </w:rPr>
        <w:t>It’s morning..</w:t>
      </w:r>
      <w:r w:rsidRPr="00DF6D4C">
        <w:rPr>
          <w:sz w:val="20"/>
          <w:szCs w:val="20"/>
        </w:rPr>
        <w:t>.”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He opened his eyes — his mother, aunt, and Golali were setting the breakfast table.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Steam rose from their teacups.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“You were so tired yesterday, you fell asleep without dinner,” his mother said.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“Now wash up. Today we return to Ghazni.”</w:t>
      </w:r>
    </w:p>
    <w:p w14:paraId="100FAA67" w14:textId="77777777" w:rsidR="00242F46" w:rsidRPr="00DF6D4C" w:rsidRDefault="00000000">
      <w:pPr>
        <w:rPr>
          <w:b/>
          <w:bCs/>
          <w:sz w:val="20"/>
          <w:szCs w:val="20"/>
        </w:rPr>
      </w:pPr>
      <w:r w:rsidRPr="00DF6D4C">
        <w:rPr>
          <w:b/>
          <w:bCs/>
          <w:sz w:val="20"/>
          <w:szCs w:val="20"/>
        </w:rPr>
        <w:t>Epilogue</w:t>
      </w:r>
    </w:p>
    <w:p w14:paraId="26D9F8FE" w14:textId="50228C55" w:rsidR="00242F46" w:rsidRPr="00DF6D4C" w:rsidRDefault="00000000">
      <w:pPr>
        <w:rPr>
          <w:sz w:val="20"/>
          <w:szCs w:val="20"/>
        </w:rPr>
      </w:pPr>
      <w:r w:rsidRPr="00DF6D4C">
        <w:rPr>
          <w:sz w:val="20"/>
          <w:szCs w:val="20"/>
        </w:rPr>
        <w:t>The black Kufic lines on the bowl still captivate museum visitors.</w:t>
      </w:r>
      <w:r w:rsidR="00DF6D4C">
        <w:rPr>
          <w:sz w:val="20"/>
          <w:szCs w:val="20"/>
        </w:rPr>
        <w:t xml:space="preserve"> </w:t>
      </w:r>
      <w:r w:rsidRPr="00DF6D4C">
        <w:rPr>
          <w:sz w:val="20"/>
          <w:szCs w:val="20"/>
        </w:rPr>
        <w:t>Years have passed since Sohrab and Golali’s story</w:t>
      </w:r>
      <w:r w:rsidR="00DF6D4C">
        <w:rPr>
          <w:sz w:val="20"/>
          <w:szCs w:val="20"/>
        </w:rPr>
        <w:t xml:space="preserve">, </w:t>
      </w:r>
      <w:r w:rsidRPr="00DF6D4C">
        <w:rPr>
          <w:sz w:val="20"/>
          <w:szCs w:val="20"/>
        </w:rPr>
        <w:t xml:space="preserve">but that ceramic bowl and those </w:t>
      </w:r>
      <w:r w:rsidR="00DF6D4C">
        <w:rPr>
          <w:sz w:val="20"/>
          <w:szCs w:val="20"/>
        </w:rPr>
        <w:t>Masoud</w:t>
      </w:r>
      <w:r w:rsidRPr="00DF6D4C">
        <w:rPr>
          <w:sz w:val="20"/>
          <w:szCs w:val="20"/>
        </w:rPr>
        <w:t xml:space="preserve"> coins are now preserved at the National Museum of Afghanistan.</w:t>
      </w:r>
    </w:p>
    <w:p w14:paraId="6E9C6865" w14:textId="3F7011E6" w:rsidR="00242F46" w:rsidRPr="00DF6D4C" w:rsidRDefault="00242F46">
      <w:pPr>
        <w:rPr>
          <w:sz w:val="20"/>
          <w:szCs w:val="20"/>
        </w:rPr>
      </w:pPr>
    </w:p>
    <w:sectPr w:rsidR="00242F46" w:rsidRPr="00DF6D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2881925">
    <w:abstractNumId w:val="8"/>
  </w:num>
  <w:num w:numId="2" w16cid:durableId="1224753328">
    <w:abstractNumId w:val="6"/>
  </w:num>
  <w:num w:numId="3" w16cid:durableId="463161689">
    <w:abstractNumId w:val="5"/>
  </w:num>
  <w:num w:numId="4" w16cid:durableId="1067149542">
    <w:abstractNumId w:val="4"/>
  </w:num>
  <w:num w:numId="5" w16cid:durableId="1457523562">
    <w:abstractNumId w:val="7"/>
  </w:num>
  <w:num w:numId="6" w16cid:durableId="750086659">
    <w:abstractNumId w:val="3"/>
  </w:num>
  <w:num w:numId="7" w16cid:durableId="1599295065">
    <w:abstractNumId w:val="2"/>
  </w:num>
  <w:num w:numId="8" w16cid:durableId="740099744">
    <w:abstractNumId w:val="1"/>
  </w:num>
  <w:num w:numId="9" w16cid:durableId="15067013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1ED"/>
    <w:rsid w:val="000B0D8C"/>
    <w:rsid w:val="0015074B"/>
    <w:rsid w:val="00242F46"/>
    <w:rsid w:val="0029639D"/>
    <w:rsid w:val="00326F90"/>
    <w:rsid w:val="003A4C20"/>
    <w:rsid w:val="0042420E"/>
    <w:rsid w:val="00584480"/>
    <w:rsid w:val="00601AA3"/>
    <w:rsid w:val="00620684"/>
    <w:rsid w:val="00AA1D8D"/>
    <w:rsid w:val="00B47730"/>
    <w:rsid w:val="00CB0664"/>
    <w:rsid w:val="00CC1012"/>
    <w:rsid w:val="00DF6D4C"/>
    <w:rsid w:val="00F01A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3344BBF"/>
  <w14:defaultImageDpi w14:val="300"/>
  <w15:docId w15:val="{C1F989EE-21AA-3145-BCAF-DB7CFFC2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1585</Words>
  <Characters>7673</Characters>
  <Application>Microsoft Office Word</Application>
  <DocSecurity>0</DocSecurity>
  <Lines>111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Stacey Knecht</cp:lastModifiedBy>
  <cp:revision>6</cp:revision>
  <dcterms:created xsi:type="dcterms:W3CDTF">2025-08-22T09:44:00Z</dcterms:created>
  <dcterms:modified xsi:type="dcterms:W3CDTF">2026-10-08T15:56:00Z</dcterms:modified>
  <cp:category/>
</cp:coreProperties>
</file>