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DD866" w14:textId="77777777" w:rsidR="00CF0277" w:rsidRDefault="00000000">
      <w:r>
        <w:br/>
      </w:r>
      <w:r>
        <w:br/>
      </w:r>
      <w:r>
        <w:br/>
      </w:r>
    </w:p>
    <w:p w14:paraId="62269E43" w14:textId="7AF729C7" w:rsidR="001A7298" w:rsidRPr="00F01A81" w:rsidRDefault="001A7298" w:rsidP="001A7298">
      <w:pPr>
        <w:pStyle w:val="Heading1"/>
      </w:pPr>
      <w:r>
        <w:t>The Black Demon and the Daughter of the Sun</w:t>
      </w:r>
    </w:p>
    <w:p w14:paraId="537F9107" w14:textId="3E2764BA" w:rsidR="00CF0277" w:rsidRDefault="00000000">
      <w:r>
        <w:br/>
        <w:t>Once upon a time, long, long ago, there was a city far away among the mountains where darkness never lifted. Its people had never seen the light of day.</w:t>
      </w:r>
    </w:p>
    <w:p w14:paraId="5EB080F0" w14:textId="3F8A4381" w:rsidR="00F07FC1" w:rsidRDefault="00000000" w:rsidP="00F07FC1">
      <w:pPr>
        <w:pStyle w:val="NormalWeb"/>
      </w:pPr>
      <w:r>
        <w:t>High in those distant mountains lived a Black Demon with enormous hands. He loved no</w:t>
      </w:r>
      <w:r w:rsidR="00557D78">
        <w:t>thing</w:t>
      </w:r>
      <w:r>
        <w:t xml:space="preserve"> and </w:t>
      </w:r>
      <w:r w:rsidR="00557D78">
        <w:t>no one</w:t>
      </w:r>
      <w:r>
        <w:t xml:space="preserve">, and </w:t>
      </w:r>
      <w:r w:rsidR="00557D78">
        <w:t>was an enemy to every living creature</w:t>
      </w:r>
      <w:r>
        <w:t xml:space="preserve">. </w:t>
      </w:r>
      <w:r w:rsidR="00557D78">
        <w:t>And as if that weren’t enough</w:t>
      </w:r>
      <w:r>
        <w:t xml:space="preserve">, he </w:t>
      </w:r>
      <w:r w:rsidR="00F07FC1">
        <w:t>kept</w:t>
      </w:r>
      <w:r>
        <w:t xml:space="preserve"> the Sun entirely to himself.</w:t>
      </w:r>
      <w:r w:rsidR="00557D78">
        <w:t xml:space="preserve"> </w:t>
      </w:r>
    </w:p>
    <w:p w14:paraId="61C3950C" w14:textId="63618EF0" w:rsidR="00CF0277" w:rsidRDefault="006527F6">
      <w:r>
        <w:t xml:space="preserve">Every morning, just as the Sun began to rise, the Black Demon spread his enormous black hands over the city, shutting out its light. Beneath those great hands, the city lay in deep, unbroken darkness, so thick that not a single ray of sunlight could find its way through. The people had long since forgotten the Sun. They lived and worked by moonlight, never knowing the brightness of </w:t>
      </w:r>
      <w:proofErr w:type="spellStart"/>
      <w:r>
        <w:t>day.</w:t>
      </w:r>
      <w:r w:rsidR="00000000">
        <w:t>Year</w:t>
      </w:r>
      <w:proofErr w:type="spellEnd"/>
      <w:r w:rsidR="00000000">
        <w:t xml:space="preserve"> after year after year, the Black Demon did the same thing, never allowing Lady Sun to shine on the mountains or the city. The land lay cold and frozen, and the winds that swept down from the mountains brought nothing but frost and bitter chill. Not a single green shoot could be seen. Snow and ice covered everything, and the birds had long since flown away. There were no trees left for them to nest in. In time, the people forgot the birds as well.</w:t>
      </w:r>
    </w:p>
    <w:p w14:paraId="71A0FE68" w14:textId="375847F7" w:rsidR="00CF0277" w:rsidRDefault="00000000">
      <w:r>
        <w:t>In that dark city, whenever a baby girl was born, the news spread quickly, and everyone went to see her. It was the custom for the neighbours to gather at the parents’ house and offer their congratulations, though no one remembered how the custom had begun.</w:t>
      </w:r>
    </w:p>
    <w:p w14:paraId="484CDF81" w14:textId="2D977C69" w:rsidR="00CF0277" w:rsidRDefault="00000000">
      <w:r>
        <w:t>Only a handful of the oldest men and women knew. Their parents and grandparents had told them that one day a girl would be born in the city who</w:t>
      </w:r>
      <w:r w:rsidR="006527F6">
        <w:t xml:space="preserve"> </w:t>
      </w:r>
      <w:r>
        <w:t>could shatter the Black Demon’s glass of life and set both the Sun and the people free. But as the years passed, the reason for celebrating the birth of every girl faded from memory.</w:t>
      </w:r>
    </w:p>
    <w:p w14:paraId="48273E24" w14:textId="77777777" w:rsidR="00CF0277" w:rsidRDefault="00000000">
      <w:r>
        <w:t>Then, one moonlit night, a daughter was born to a poor couple who had long dreamed of having a child. She was a beautiful baby, with hair as golden as the Sun and eyes as black as night. Word of the golden-haired girl passed from mouth to mouth until the whole city had heard.</w:t>
      </w:r>
    </w:p>
    <w:p w14:paraId="2487C299" w14:textId="77777777" w:rsidR="00CF0277" w:rsidRDefault="00000000">
      <w:r>
        <w:t>Women and girls crowded into the couple’s little house to see the baby, while men and children gathered outside in the alley, hoping to catch a glimpse of her. The women and girls gazed at her in wonder. There was a strange light in her eyes, unlike anything they had ever seen in a newborn child. “Look at her eyes,” they whispered. “See how they shine!”</w:t>
      </w:r>
    </w:p>
    <w:p w14:paraId="689DD5C6" w14:textId="7A1F795C" w:rsidR="00CF0277" w:rsidRDefault="00000000">
      <w:r>
        <w:t xml:space="preserve">An old woman came into the house, leaning heavily on a tall walking stick. She approached the golden-haired baby and walked several times around her cradle, </w:t>
      </w:r>
      <w:r>
        <w:lastRenderedPageBreak/>
        <w:t>murmuring prayers and charms. Then she announced, “This child is the Daughter of the Sun. The Daughter of the Sun!”</w:t>
      </w:r>
    </w:p>
    <w:p w14:paraId="0A1EF5E8" w14:textId="77777777" w:rsidR="00CF0277" w:rsidRDefault="00000000">
      <w:r>
        <w:t>“The Daughter of the Sun?” everyone cried, looking at one another in amazement.</w:t>
      </w:r>
    </w:p>
    <w:p w14:paraId="60CC8B1D" w14:textId="77777777" w:rsidR="00CF0277" w:rsidRDefault="00000000">
      <w:r>
        <w:t>“Yes,” said the old woman. “The Daughter of the Sun. My grandmother told me her story, just as her grandmother told it to her. She used to say that only the Daughter of the Sun could break the Black Demon’s glass of life and set the Sun free.”</w:t>
      </w:r>
    </w:p>
    <w:p w14:paraId="2201BC77" w14:textId="77777777" w:rsidR="00CF0277" w:rsidRDefault="00000000">
      <w:r>
        <w:t>Everyone began speaking at once. “Who is the Sun? What is the Sun? Who is the Black Demon? Where is the Sun?”</w:t>
      </w:r>
    </w:p>
    <w:p w14:paraId="37A7EE68" w14:textId="77777777" w:rsidR="00CF0277" w:rsidRDefault="00000000">
      <w:r>
        <w:t>So the old woman told them the tale that had been handed down from grandmother to granddaughter. She explained that the Black Demon kept the Sun from shining on their city, and that was why they had never seen it. The Sun lived high in the sky, she said, and without the Black Demon its light would shine on everything. When she had told them all she knew, she went away.</w:t>
      </w:r>
    </w:p>
    <w:p w14:paraId="4071E911" w14:textId="77777777" w:rsidR="00CF0277" w:rsidRDefault="00000000">
      <w:r>
        <w:t>After she left, the women too made their way home, whispering among themselves, until only the girls remained. They joined hands and danced around the cradle, singing:</w:t>
      </w:r>
    </w:p>
    <w:p w14:paraId="6D07107B" w14:textId="77777777" w:rsidR="00CF0277" w:rsidRDefault="00000000">
      <w:pPr>
        <w:spacing w:before="160"/>
        <w:ind w:left="648"/>
      </w:pPr>
      <w:r>
        <w:t>The Daughter of the Sun is here,</w:t>
      </w:r>
      <w:r>
        <w:br/>
        <w:t>All bright and beautiful, she is here.</w:t>
      </w:r>
      <w:r>
        <w:br/>
        <w:t>Her chains are strung with pearls so fine,</w:t>
      </w:r>
      <w:r>
        <w:br/>
        <w:t>Her cradle gleams with golden shine.</w:t>
      </w:r>
      <w:r>
        <w:br/>
        <w:t>Today she comes to us to stay,</w:t>
      </w:r>
      <w:r>
        <w:br/>
        <w:t>Our smiling guest, our joy today.</w:t>
      </w:r>
      <w:r>
        <w:br/>
        <w:t>Our city fills with shining light,</w:t>
      </w:r>
      <w:r>
        <w:br/>
        <w:t>Our homes with warmth and love tonight.</w:t>
      </w:r>
      <w:r>
        <w:br/>
        <w:t>A gift from heaven, come to be</w:t>
      </w:r>
      <w:r>
        <w:br/>
        <w:t>The one who sets us from darkness free.</w:t>
      </w:r>
    </w:p>
    <w:p w14:paraId="618E591B" w14:textId="50935665" w:rsidR="00CF0277" w:rsidRDefault="00000000">
      <w:r>
        <w:t>All night long, the girls danced around the cradle and sang. The poor couple’s little house was filled with happiness, for they could see how dearly everyone loved their daughter.</w:t>
      </w:r>
    </w:p>
    <w:p w14:paraId="2CFD515A" w14:textId="77777777" w:rsidR="00CF0277" w:rsidRDefault="00000000">
      <w:r>
        <w:t>From then on, wherever you went, people were talking about the Daughter of the Sun—about her golden hair, her extraordinary eyes, and how one day she would break the Black Demon’s glass of life.</w:t>
      </w:r>
    </w:p>
    <w:p w14:paraId="0D26BCCB" w14:textId="77777777" w:rsidR="00CF0277" w:rsidRDefault="00000000">
      <w:r>
        <w:t>The people began calling the golden-haired girl’s mother Nana Sun. Whenever they met her, they asked after her daughter, and Nana Sun would smile and say, “She’s well. She’s growing bigger every day.”</w:t>
      </w:r>
    </w:p>
    <w:p w14:paraId="22257C15" w14:textId="77777777" w:rsidR="00CF0277" w:rsidRDefault="00000000">
      <w:r>
        <w:t>Wherever mothers gathered, they spoke of the Daughter of the Sun and the Black Demon, of the little girl who was destined to shatter the demon’s glass of life. Before going out to play, the girls of the city would stop at Nana Sun’s house to sing to the golden-haired child.</w:t>
      </w:r>
    </w:p>
    <w:p w14:paraId="1315FE49" w14:textId="77777777" w:rsidR="00CF0277" w:rsidRDefault="00000000">
      <w:r>
        <w:lastRenderedPageBreak/>
        <w:t>And when Nana Sun rocked her daughter to sleep, she told her about Lady Sun: about her warmth and kindness, and about the cruelty of the Black Demon. Nana Sun had heard the tale from the old woman, and she told it again and again until the Daughter of the Sun drifted off into the sweetest dreams.</w:t>
      </w:r>
    </w:p>
    <w:p w14:paraId="4DC8E307" w14:textId="77777777" w:rsidR="00CF0277" w:rsidRDefault="00000000">
      <w:r>
        <w:br w:type="page"/>
      </w:r>
    </w:p>
    <w:p w14:paraId="2EBA5956" w14:textId="77777777" w:rsidR="00CF0277" w:rsidRDefault="00000000">
      <w:r>
        <w:lastRenderedPageBreak/>
        <w:t>The Daughter of the Sun dreamed of flowers—flowers as golden as her hair. She dreamed of green fields, soft and tender, and of light, so dazzling and brilliant that it hurt her eyes. But she had no idea what these wonderful things were. Even when she described them to Nana Sun, her mother could not explain.</w:t>
      </w:r>
    </w:p>
    <w:p w14:paraId="3E021142" w14:textId="77777777" w:rsidR="00CF0277" w:rsidRDefault="00000000">
      <w:r>
        <w:t>For years Nana Sun went on telling her stories, while little by little the Daughter of the Sun grew taller and older. Sometimes she would ask, “What is the Sun, Mother? Where is it? What colour is it? And why does everyone call me the Daughter of the Sun?”</w:t>
      </w:r>
    </w:p>
    <w:p w14:paraId="705CE2B9" w14:textId="77777777" w:rsidR="00CF0277" w:rsidRDefault="00000000">
      <w:r>
        <w:t>But Nana Sun had never seen the Sun either. She did not know what it looked like or what colour it was. All she knew was that the Black Demon would not let anyone see it. How she longed to see it for herself, to discover whether it was as beautiful as her daughter! Yet she loved her child so dearly that more than anything she wanted to keep her close, to watch her grow and have her help with the work at home…</w:t>
      </w:r>
    </w:p>
    <w:p w14:paraId="3672B391" w14:textId="77777777" w:rsidR="00CF0277" w:rsidRDefault="00000000">
      <w:r>
        <w:t>As the Daughter of the Sun grew older, her mother told her fewer and fewer stories. By the time she was old enough to go into the streets and play with the other girls, Nana Sun had stopped telling them altogether.</w:t>
      </w:r>
    </w:p>
    <w:p w14:paraId="118243C9" w14:textId="521C4B57" w:rsidR="00CF0277" w:rsidRDefault="00000000">
      <w:r>
        <w:t>Wherever the Daughter of the Sun went, she noticed an old woman following her. The woman seemed to be everywhere, watching her, never taking her eyes off her. The girl did not know who she was or what she wanted. Perhaps the woman meant to hurt her. Whenever she came too close, the Daughter of the Sun hurried back to the other girls, keeping well out of her way.</w:t>
      </w:r>
    </w:p>
    <w:p w14:paraId="4D6F3E7A" w14:textId="77777777" w:rsidR="00CF0277" w:rsidRDefault="00000000">
      <w:r>
        <w:t>One night, when the moon was full—just as it had been on the night she was born—the old woman found the Daughter of the Sun alone. The girl had wandered away from her friends and was making her way home, unaware that the woman was behind her. Suddenly she heard a voice.</w:t>
      </w:r>
    </w:p>
    <w:p w14:paraId="3FBC9A99" w14:textId="77777777" w:rsidR="00CF0277" w:rsidRDefault="00000000">
      <w:r>
        <w:t>“Daughter of the Sun! Daughter of the Sun! Wait!”</w:t>
      </w:r>
    </w:p>
    <w:p w14:paraId="4183B5F9" w14:textId="77777777" w:rsidR="00CF0277" w:rsidRDefault="00000000">
      <w:r>
        <w:t>She was so frightened that she wanted to run, but her legs would not obey her. The old woman was coming closer, carrying a lantern.</w:t>
      </w:r>
    </w:p>
    <w:p w14:paraId="74E8FBDA" w14:textId="77777777" w:rsidR="00CF0277" w:rsidRDefault="00000000">
      <w:r>
        <w:t>The girl shrank against a wall. Then, in the soft glow of the lantern, she saw the woman’s kindly face, made gentler still by the moonlight. She looked into her eyes, so full of kindness and secrets, and all at once her fear began to fade.</w:t>
      </w:r>
    </w:p>
    <w:p w14:paraId="2912D7B4" w14:textId="77777777" w:rsidR="00CF0277" w:rsidRDefault="00000000">
      <w:r>
        <w:t>The old woman came up to her, took her in her arms, and began to talk. The longer they spoke, the more the Daughter of the Sun liked her. She would gladly have stayed, but it was growing late and her mother would be worried. So she said goodbye to the kind old woman and hurried home.</w:t>
      </w:r>
    </w:p>
    <w:p w14:paraId="6F1550C4" w14:textId="1F50F89C" w:rsidR="00CF0277" w:rsidRDefault="00000000">
      <w:r>
        <w:t>After the Black Demon had perished, the people rejoiced. But the Daughter of the Sun was no longer with them. Lady Sun was still weeping, and her tears fell like rain upon the city.</w:t>
      </w:r>
    </w:p>
    <w:p w14:paraId="1FC85230" w14:textId="77777777" w:rsidR="00CF0277" w:rsidRDefault="00000000">
      <w:r>
        <w:lastRenderedPageBreak/>
        <w:t>So that the Daughter of the Sun would never be forgotten, the people gathered Lady Sun’s dark tears and planted them across the city and the mountains. Soon flowers sprang up everywhere, their colour and shape like the Sun itself.</w:t>
      </w:r>
    </w:p>
    <w:p w14:paraId="6305ACF7" w14:textId="77777777" w:rsidR="00CF0277" w:rsidRDefault="00000000">
      <w:r>
        <w:t>The people called them sunflowers. And to this day, if you travel to those distant mountains, you will see sunflowers blooming as far as the eye can see.</w:t>
      </w:r>
    </w:p>
    <w:sectPr w:rsidR="00CF0277" w:rsidSect="00034616">
      <w:pgSz w:w="11952" w:h="16848"/>
      <w:pgMar w:top="1368" w:right="1613" w:bottom="1224" w:left="161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5656101">
    <w:abstractNumId w:val="8"/>
  </w:num>
  <w:num w:numId="2" w16cid:durableId="1370492144">
    <w:abstractNumId w:val="6"/>
  </w:num>
  <w:num w:numId="3" w16cid:durableId="56050028">
    <w:abstractNumId w:val="5"/>
  </w:num>
  <w:num w:numId="4" w16cid:durableId="149442942">
    <w:abstractNumId w:val="4"/>
  </w:num>
  <w:num w:numId="5" w16cid:durableId="595478267">
    <w:abstractNumId w:val="7"/>
  </w:num>
  <w:num w:numId="6" w16cid:durableId="90661">
    <w:abstractNumId w:val="3"/>
  </w:num>
  <w:num w:numId="7" w16cid:durableId="584999130">
    <w:abstractNumId w:val="2"/>
  </w:num>
  <w:num w:numId="8" w16cid:durableId="831798144">
    <w:abstractNumId w:val="1"/>
  </w:num>
  <w:num w:numId="9" w16cid:durableId="19000515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1ED"/>
    <w:rsid w:val="0015074B"/>
    <w:rsid w:val="001A7298"/>
    <w:rsid w:val="0029639D"/>
    <w:rsid w:val="00326F90"/>
    <w:rsid w:val="00557D78"/>
    <w:rsid w:val="006527F6"/>
    <w:rsid w:val="00AA1D8D"/>
    <w:rsid w:val="00B47730"/>
    <w:rsid w:val="00CB0664"/>
    <w:rsid w:val="00CF0277"/>
    <w:rsid w:val="00F07F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22049"/>
  <w14:defaultImageDpi w14:val="300"/>
  <w15:docId w15:val="{11BF6BC8-CCE6-254E-BDD3-C4BF9775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78" w:lineRule="auto"/>
    </w:pPr>
    <w:rPr>
      <w:rFonts w:ascii="Georgia" w:hAnsi="Georgia"/>
      <w:color w:val="292724"/>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oryTitle">
    <w:name w:val="Story Title"/>
    <w:pPr>
      <w:spacing w:after="220"/>
    </w:pPr>
    <w:rPr>
      <w:rFonts w:ascii="Georgia" w:hAnsi="Georgia"/>
      <w:color w:val="33403D"/>
      <w:sz w:val="52"/>
    </w:rPr>
  </w:style>
  <w:style w:type="paragraph" w:customStyle="1" w:styleId="StoryCredits">
    <w:name w:val="Story Credits"/>
    <w:pPr>
      <w:spacing w:after="220"/>
    </w:pPr>
    <w:rPr>
      <w:rFonts w:ascii="Georgia" w:hAnsi="Georgia"/>
      <w:color w:val="5F5D57"/>
    </w:rPr>
  </w:style>
  <w:style w:type="paragraph" w:styleId="NormalWeb">
    <w:name w:val="Normal (Web)"/>
    <w:basedOn w:val="Normal"/>
    <w:uiPriority w:val="99"/>
    <w:unhideWhenUsed/>
    <w:rsid w:val="00F07FC1"/>
    <w:pPr>
      <w:spacing w:before="100" w:beforeAutospacing="1" w:after="100" w:afterAutospacing="1" w:line="240" w:lineRule="auto"/>
    </w:pPr>
    <w:rPr>
      <w:rFonts w:ascii="Times New Roman" w:eastAsia="Times New Roman" w:hAnsi="Times New Roman" w:cs="Times New Roman"/>
      <w:color w:val="auto"/>
      <w:sz w:val="24"/>
      <w:szCs w:val="24"/>
      <w:lang w:val="en-N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1428</Words>
  <Characters>6916</Characters>
  <Application>Microsoft Office Word</Application>
  <DocSecurity>0</DocSecurity>
  <Lines>100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Stacey Knecht</cp:lastModifiedBy>
  <cp:revision>2</cp:revision>
  <dcterms:created xsi:type="dcterms:W3CDTF">2026-10-08T16:47:00Z</dcterms:created>
  <dcterms:modified xsi:type="dcterms:W3CDTF">2026-10-08T16:47:00Z</dcterms:modified>
  <cp:category/>
</cp:coreProperties>
</file>